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A6A" w:rsidRDefault="00B22B9E">
      <w:pPr>
        <w:pStyle w:val="TitleLegal"/>
        <w:jc w:val="center"/>
      </w:pPr>
      <w:bookmarkStart w:id="0" w:name="_GoBack"/>
      <w:bookmarkEnd w:id="0"/>
      <w:r>
        <w:t>TÉRMINOS DE SERVICIO PARA USUARIOS DE YIRO</w:t>
      </w:r>
    </w:p>
    <w:p w:rsidR="00292A6A" w:rsidRDefault="00B22B9E">
      <w:pPr>
        <w:pStyle w:val="MetaLegal"/>
        <w:jc w:val="center"/>
      </w:pPr>
      <w:r>
        <w:rPr>
          <w:b/>
        </w:rPr>
        <w:t>Fecha de entrada en vigor: 20 de marzo de 2026</w:t>
      </w:r>
      <w:r>
        <w:rPr>
          <w:b/>
        </w:rPr>
        <w:br/>
        <w:t>Compañía: MOBIIBY LLC d/b/a YIRO, una plataforma de red de transporte de Florida (“YIRO”, “nosotros”, “nos” o “nuestro/a”)</w:t>
      </w:r>
    </w:p>
    <w:p w:rsidR="00292A6A" w:rsidRDefault="00B22B9E">
      <w:pPr>
        <w:spacing w:after="160"/>
      </w:pPr>
      <w:r>
        <w:t xml:space="preserve">Estos Términos de Servicio para </w:t>
      </w:r>
      <w:r>
        <w:t>Usuarios (“Términos”) regulan su acceso y uso de la aplicación móvil, sitio web, software, plataforma y servicios relacionados de YIRO (colectivamente, la “Plataforma”) para solicitar, coordinar y pagar servicios de transporte prestados por conductores ter</w:t>
      </w:r>
      <w:r>
        <w:t>ceros independientes que utilizan la Plataforma YIRO en el Estado de Florida.</w:t>
      </w:r>
    </w:p>
    <w:p w:rsidR="00292A6A" w:rsidRDefault="00B22B9E">
      <w:pPr>
        <w:spacing w:after="160"/>
      </w:pPr>
      <w:r>
        <w:t>Al crear una cuenta, acceder a la Plataforma o solicitar servicios de transporte a través de YIRO, usted acepta quedar obligado por estos Términos.</w:t>
      </w:r>
    </w:p>
    <w:p w:rsidR="00292A6A" w:rsidRDefault="00B22B9E">
      <w:pPr>
        <w:spacing w:after="160"/>
      </w:pPr>
      <w:r>
        <w:t>Si no está de acuerdo con esto</w:t>
      </w:r>
      <w:r>
        <w:t>s Términos, no utilice la Plataforma.</w:t>
      </w:r>
    </w:p>
    <w:p w:rsidR="00292A6A" w:rsidRDefault="00B22B9E">
      <w:pPr>
        <w:pStyle w:val="HeadingLegal"/>
        <w:keepNext/>
        <w:spacing w:before="180" w:after="80"/>
      </w:pPr>
      <w:r>
        <w:t>1. NATURALEZA DEL SERVICIO</w:t>
      </w:r>
    </w:p>
    <w:p w:rsidR="00292A6A" w:rsidRDefault="00B22B9E">
      <w:pPr>
        <w:spacing w:after="120"/>
      </w:pPr>
      <w:r>
        <w:t>YIRO es una plataforma tecnológica que permite a los usuarios conectarse con conductores terceros independientes para servicios de transporte preconcertados en el Estado de Florida.</w:t>
      </w:r>
    </w:p>
    <w:p w:rsidR="00292A6A" w:rsidRDefault="00B22B9E">
      <w:pPr>
        <w:spacing w:after="120"/>
      </w:pPr>
      <w:r>
        <w:t>YIRO no p</w:t>
      </w:r>
      <w:r>
        <w:t>resta por sí mismo servicios de transporte y no es un transportista común, compañía de taxis, transportista motorizado ni proveedor de transporte. Los servicios de transporte solicitados a través de la Plataforma son prestados por conductores terceros inde</w:t>
      </w:r>
      <w:r>
        <w:t>pendientes, no por YIRO.</w:t>
      </w:r>
    </w:p>
    <w:p w:rsidR="00292A6A" w:rsidRDefault="00B22B9E">
      <w:pPr>
        <w:spacing w:after="120"/>
      </w:pPr>
      <w:r>
        <w:t>YIRO no posee, opera, mantiene ni controla los vehículos utilizados por los conductores, salvo que se indique expresamente en acuerdos escritos separados, si corresponde.</w:t>
      </w:r>
    </w:p>
    <w:p w:rsidR="00292A6A" w:rsidRDefault="00B22B9E">
      <w:pPr>
        <w:pStyle w:val="HeadingLegal"/>
        <w:keepNext/>
        <w:spacing w:before="180" w:after="80"/>
      </w:pPr>
      <w:r>
        <w:t>2. ELEGIBILIDAD</w:t>
      </w:r>
    </w:p>
    <w:p w:rsidR="00292A6A" w:rsidRDefault="00B22B9E">
      <w:pPr>
        <w:spacing w:after="120"/>
      </w:pPr>
      <w:r>
        <w:t>Usted solo podrá utilizar la Plataforma si:</w:t>
      </w:r>
    </w:p>
    <w:p w:rsidR="00292A6A" w:rsidRDefault="00B22B9E">
      <w:pPr>
        <w:spacing w:after="60"/>
        <w:ind w:left="432" w:hanging="259"/>
      </w:pPr>
      <w:r>
        <w:t>• tiene al menos 18 años de edad;</w:t>
      </w:r>
    </w:p>
    <w:p w:rsidR="00292A6A" w:rsidRDefault="00B22B9E">
      <w:pPr>
        <w:spacing w:after="60"/>
        <w:ind w:left="432" w:hanging="259"/>
      </w:pPr>
      <w:r>
        <w:t>• tiene capacidad legal para celebrar un contrato vinculante;</w:t>
      </w:r>
    </w:p>
    <w:p w:rsidR="00292A6A" w:rsidRDefault="00B22B9E">
      <w:pPr>
        <w:spacing w:after="60"/>
        <w:ind w:left="432" w:hanging="259"/>
      </w:pPr>
      <w:r>
        <w:t>• crea y mantiene una cuenta de usuario válida; y</w:t>
      </w:r>
    </w:p>
    <w:p w:rsidR="00292A6A" w:rsidRDefault="00B22B9E">
      <w:pPr>
        <w:spacing w:after="60"/>
        <w:ind w:left="432" w:hanging="259"/>
      </w:pPr>
      <w:r>
        <w:t>• su uso de la Plataforma cumple con estos Términos y con todas las leyes aplicables.</w:t>
      </w:r>
    </w:p>
    <w:p w:rsidR="00292A6A" w:rsidRDefault="00B22B9E">
      <w:pPr>
        <w:spacing w:after="120"/>
      </w:pPr>
      <w:r>
        <w:t>No podrá permitir que ot</w:t>
      </w:r>
      <w:r>
        <w:t>ra persona utilice su cuenta, salvo que YIRO lo autorice expresamente por escrito.</w:t>
      </w:r>
    </w:p>
    <w:p w:rsidR="00292A6A" w:rsidRDefault="00B22B9E">
      <w:pPr>
        <w:pStyle w:val="HeadingLegal"/>
        <w:keepNext/>
        <w:spacing w:before="180" w:after="80"/>
      </w:pPr>
      <w:r>
        <w:t>3. CUENTA DE USUARIO</w:t>
      </w:r>
    </w:p>
    <w:p w:rsidR="00292A6A" w:rsidRDefault="00B22B9E">
      <w:pPr>
        <w:spacing w:after="120"/>
      </w:pPr>
      <w:r>
        <w:t>Para utilizar la Plataforma, es posible que deba crear una cuenta y proporcionar cierta información, incluyendo su nombre, número de teléfono, dirección</w:t>
      </w:r>
      <w:r>
        <w:t xml:space="preserve"> de correo electrónico, información de pago y otros datos identificativos.</w:t>
      </w:r>
    </w:p>
    <w:p w:rsidR="00292A6A" w:rsidRDefault="00B22B9E">
      <w:pPr>
        <w:spacing w:after="120"/>
      </w:pPr>
      <w:r>
        <w:t>Usted acepta que:</w:t>
      </w:r>
    </w:p>
    <w:p w:rsidR="00292A6A" w:rsidRDefault="00B22B9E">
      <w:pPr>
        <w:spacing w:after="60"/>
        <w:ind w:left="432" w:hanging="259"/>
      </w:pPr>
      <w:r>
        <w:t>• toda la información que proporcione será verdadera, vigente, completa y exacta;</w:t>
      </w:r>
    </w:p>
    <w:p w:rsidR="00292A6A" w:rsidRDefault="00B22B9E">
      <w:pPr>
        <w:spacing w:after="60"/>
        <w:ind w:left="432" w:hanging="259"/>
      </w:pPr>
      <w:r>
        <w:t>• mantendrá y actualizará oportunamente la información de su cuenta;</w:t>
      </w:r>
    </w:p>
    <w:p w:rsidR="00292A6A" w:rsidRDefault="00B22B9E">
      <w:pPr>
        <w:spacing w:after="60"/>
        <w:ind w:left="432" w:hanging="259"/>
      </w:pPr>
      <w:r>
        <w:t>• es respons</w:t>
      </w:r>
      <w:r>
        <w:t>able de mantener la confidencialidad de sus credenciales de acceso;</w:t>
      </w:r>
    </w:p>
    <w:p w:rsidR="00292A6A" w:rsidRDefault="00B22B9E">
      <w:pPr>
        <w:spacing w:after="60"/>
        <w:ind w:left="432" w:hanging="259"/>
      </w:pPr>
      <w:r>
        <w:t>• es responsable de toda actividad que ocurra en su cuenta; y</w:t>
      </w:r>
    </w:p>
    <w:p w:rsidR="00292A6A" w:rsidRDefault="00B22B9E">
      <w:pPr>
        <w:spacing w:after="60"/>
        <w:ind w:left="432" w:hanging="259"/>
      </w:pPr>
      <w:r>
        <w:t>• notificará inmediatamente a YIRO cualquier acceso no autorizado o sospecha de violación de seguridad relacionada con su cuen</w:t>
      </w:r>
      <w:r>
        <w:t>ta.</w:t>
      </w:r>
    </w:p>
    <w:p w:rsidR="00292A6A" w:rsidRDefault="00B22B9E">
      <w:pPr>
        <w:spacing w:after="120"/>
      </w:pPr>
      <w:r>
        <w:lastRenderedPageBreak/>
        <w:t xml:space="preserve">YIRO podrá suspender, restringir o cancelar su cuenta en cualquier momento si considera que la información de su cuenta es inexacta, que su cuenta ha sido utilizada indebidamente o que su uso de la Plataforma presenta riesgos de seguridad, legales, de </w:t>
      </w:r>
      <w:r>
        <w:t>fraude u operativos.</w:t>
      </w:r>
    </w:p>
    <w:p w:rsidR="00292A6A" w:rsidRDefault="00B22B9E">
      <w:pPr>
        <w:pStyle w:val="HeadingLegal"/>
        <w:keepNext/>
        <w:spacing w:before="180" w:after="80"/>
      </w:pPr>
      <w:r>
        <w:t>4. SOLO VIAJES PRECONCERTADOS</w:t>
      </w:r>
    </w:p>
    <w:p w:rsidR="00292A6A" w:rsidRDefault="00B22B9E">
      <w:pPr>
        <w:spacing w:after="120"/>
      </w:pPr>
      <w:r>
        <w:t xml:space="preserve">YIRO es una plataforma únicamente para servicios de transporte preconcertados en el Estado de Florida. La Plataforma no podrá utilizarse para solicitar ni aceptar abordajes en la calle no </w:t>
      </w:r>
      <w:r>
        <w:t>autorizados.</w:t>
      </w:r>
    </w:p>
    <w:p w:rsidR="00292A6A" w:rsidRDefault="00B22B9E">
      <w:pPr>
        <w:spacing w:after="120"/>
      </w:pPr>
      <w:r>
        <w:t>Usted reconoce que los viajes se solicitan digitalmente a través de la Plataforma y son aceptados por conductores terceros independientes a través de la red de YIRO.</w:t>
      </w:r>
    </w:p>
    <w:p w:rsidR="00292A6A" w:rsidRDefault="00B22B9E">
      <w:pPr>
        <w:pStyle w:val="HeadingLegal"/>
        <w:keepNext/>
        <w:spacing w:before="180" w:after="80"/>
      </w:pPr>
      <w:r>
        <w:t>5. INFORMACIÓN DEL CONDUCTOR ANTES DE LA RECOGIDA</w:t>
      </w:r>
    </w:p>
    <w:p w:rsidR="00292A6A" w:rsidRDefault="00B22B9E">
      <w:pPr>
        <w:spacing w:after="120"/>
      </w:pPr>
      <w:r>
        <w:t>Antes del inicio de un viaj</w:t>
      </w:r>
      <w:r>
        <w:t xml:space="preserve">e, la Plataforma proporcionará la información identificativa disponible del conductor y del vehículo asignado a su solicitud de viaje, la cual podrá incluir el nombre del conductor, su fotografía, la marca y modelo del vehículo y el número de placa, según </w:t>
      </w:r>
      <w:r>
        <w:t>corresponda.</w:t>
      </w:r>
    </w:p>
    <w:p w:rsidR="00292A6A" w:rsidRDefault="00B22B9E">
      <w:pPr>
        <w:spacing w:after="120"/>
      </w:pPr>
      <w:r>
        <w:t>Es su responsabilidad verificar que el vehículo y el conductor coincidan con la información mostrada en la Plataforma antes de ingresar al vehículo.</w:t>
      </w:r>
    </w:p>
    <w:p w:rsidR="00292A6A" w:rsidRDefault="00B22B9E">
      <w:pPr>
        <w:pStyle w:val="HeadingLegal"/>
        <w:keepNext/>
        <w:spacing w:before="180" w:after="80"/>
      </w:pPr>
      <w:r>
        <w:t>6. SIN GARANTÍA DE DISPONIBILIDAD</w:t>
      </w:r>
    </w:p>
    <w:p w:rsidR="00292A6A" w:rsidRDefault="00B22B9E">
      <w:pPr>
        <w:spacing w:after="120"/>
      </w:pPr>
      <w:r>
        <w:t>YIRO no garantiza que un conductor estará disponible en un m</w:t>
      </w:r>
      <w:r>
        <w:t>omento o lugar determinado, ni que los servicios de transporte serán ininterrumpidos, oportunos, seguros, adecuados o libres de errores.</w:t>
      </w:r>
    </w:p>
    <w:p w:rsidR="00292A6A" w:rsidRDefault="00B22B9E">
      <w:pPr>
        <w:spacing w:after="120"/>
      </w:pPr>
      <w:r>
        <w:t>La disponibilidad de conductores puede verse afectada por la demanda del mercado, la oferta de conductores, el clima, e</w:t>
      </w:r>
      <w:r>
        <w:t>l tráfico, la ubicación, los horarios de servicio, restricciones locales de acceso, preocupaciones de seguridad, problemas técnicos y otros factores fuera del control de YIRO.</w:t>
      </w:r>
    </w:p>
    <w:p w:rsidR="00292A6A" w:rsidRDefault="00B22B9E">
      <w:pPr>
        <w:pStyle w:val="HeadingLegal"/>
        <w:keepNext/>
        <w:spacing w:before="180" w:after="80"/>
      </w:pPr>
      <w:r>
        <w:t>7. TARIFAS Y PRECIOS</w:t>
      </w:r>
    </w:p>
    <w:p w:rsidR="00292A6A" w:rsidRDefault="00B22B9E">
      <w:pPr>
        <w:spacing w:after="120"/>
      </w:pPr>
      <w:r>
        <w:t>Usted entiende y acepta que los precios de los servicios de</w:t>
      </w:r>
      <w:r>
        <w:t xml:space="preserve"> transporte solicitados a través de YIRO pueden incluir uno o más de los siguientes conceptos:</w:t>
      </w:r>
    </w:p>
    <w:p w:rsidR="00292A6A" w:rsidRDefault="00B22B9E">
      <w:pPr>
        <w:spacing w:after="60"/>
        <w:ind w:left="432" w:hanging="259"/>
      </w:pPr>
      <w:r>
        <w:t>• tarifa base;</w:t>
      </w:r>
    </w:p>
    <w:p w:rsidR="00292A6A" w:rsidRDefault="00B22B9E">
      <w:pPr>
        <w:spacing w:after="60"/>
        <w:ind w:left="432" w:hanging="259"/>
      </w:pPr>
      <w:r>
        <w:t>• cargos por millaje;</w:t>
      </w:r>
    </w:p>
    <w:p w:rsidR="00292A6A" w:rsidRDefault="00B22B9E">
      <w:pPr>
        <w:spacing w:after="60"/>
        <w:ind w:left="432" w:hanging="259"/>
      </w:pPr>
      <w:r>
        <w:t>• cargos por tiempo;</w:t>
      </w:r>
    </w:p>
    <w:p w:rsidR="00292A6A" w:rsidRDefault="00B22B9E">
      <w:pPr>
        <w:spacing w:after="60"/>
        <w:ind w:left="432" w:hanging="259"/>
      </w:pPr>
      <w:r>
        <w:t>• requisitos de tarifa mínima;</w:t>
      </w:r>
    </w:p>
    <w:p w:rsidR="00292A6A" w:rsidRDefault="00B22B9E">
      <w:pPr>
        <w:spacing w:after="60"/>
        <w:ind w:left="432" w:hanging="259"/>
      </w:pPr>
      <w:r>
        <w:t>• tarifas de reserva;</w:t>
      </w:r>
    </w:p>
    <w:p w:rsidR="00292A6A" w:rsidRDefault="00B22B9E">
      <w:pPr>
        <w:spacing w:after="60"/>
        <w:ind w:left="432" w:hanging="259"/>
      </w:pPr>
      <w:r>
        <w:t>• cargos por servicio;</w:t>
      </w:r>
    </w:p>
    <w:p w:rsidR="00292A6A" w:rsidRDefault="00B22B9E">
      <w:pPr>
        <w:spacing w:after="60"/>
        <w:ind w:left="432" w:hanging="259"/>
      </w:pPr>
      <w:r>
        <w:t>• cargos de aeropuerto o re</w:t>
      </w:r>
      <w:r>
        <w:t>cinto;</w:t>
      </w:r>
    </w:p>
    <w:p w:rsidR="00292A6A" w:rsidRDefault="00B22B9E">
      <w:pPr>
        <w:spacing w:after="60"/>
        <w:ind w:left="432" w:hanging="259"/>
      </w:pPr>
      <w:r>
        <w:t>• peajes;</w:t>
      </w:r>
    </w:p>
    <w:p w:rsidR="00292A6A" w:rsidRDefault="00B22B9E">
      <w:pPr>
        <w:spacing w:after="60"/>
        <w:ind w:left="432" w:hanging="259"/>
      </w:pPr>
      <w:r>
        <w:t>• cargos gubernamentales;</w:t>
      </w:r>
    </w:p>
    <w:p w:rsidR="00292A6A" w:rsidRDefault="00B22B9E">
      <w:pPr>
        <w:spacing w:after="60"/>
        <w:ind w:left="432" w:hanging="259"/>
      </w:pPr>
      <w:r>
        <w:t>• tarifa dinámica o por alta demanda;</w:t>
      </w:r>
    </w:p>
    <w:p w:rsidR="00292A6A" w:rsidRDefault="00B22B9E">
      <w:pPr>
        <w:spacing w:after="60"/>
        <w:ind w:left="432" w:hanging="259"/>
      </w:pPr>
      <w:r>
        <w:t>• cargos por tiempo de espera;</w:t>
      </w:r>
    </w:p>
    <w:p w:rsidR="00292A6A" w:rsidRDefault="00B22B9E">
      <w:pPr>
        <w:spacing w:after="60"/>
        <w:ind w:left="432" w:hanging="259"/>
      </w:pPr>
      <w:r>
        <w:t>• cargos por cancelación;</w:t>
      </w:r>
    </w:p>
    <w:p w:rsidR="00292A6A" w:rsidRDefault="00B22B9E">
      <w:pPr>
        <w:spacing w:after="60"/>
        <w:ind w:left="432" w:hanging="259"/>
      </w:pPr>
      <w:r>
        <w:t>• cargos por no presentarse; y</w:t>
      </w:r>
    </w:p>
    <w:p w:rsidR="00292A6A" w:rsidRDefault="00B22B9E">
      <w:pPr>
        <w:spacing w:after="60"/>
        <w:ind w:left="432" w:hanging="259"/>
      </w:pPr>
      <w:r>
        <w:t>• cargos de limpieza o daños; y</w:t>
      </w:r>
    </w:p>
    <w:p w:rsidR="00292A6A" w:rsidRDefault="00B22B9E">
      <w:pPr>
        <w:spacing w:after="60"/>
        <w:ind w:left="432" w:hanging="259"/>
      </w:pPr>
      <w:r>
        <w:t xml:space="preserve">• otros cargos informados a través de la </w:t>
      </w:r>
      <w:r>
        <w:t>Plataforma.</w:t>
      </w:r>
    </w:p>
    <w:p w:rsidR="00292A6A" w:rsidRDefault="00B22B9E">
      <w:pPr>
        <w:spacing w:after="120"/>
      </w:pPr>
      <w:r>
        <w:lastRenderedPageBreak/>
        <w:t>Antes de confirmar una solicitud de viaje, YIRO proporcionará a través de la Plataforma una tarifa estimada o el método de cálculo de precio aplicable.</w:t>
      </w:r>
    </w:p>
    <w:p w:rsidR="00292A6A" w:rsidRDefault="00B22B9E">
      <w:pPr>
        <w:spacing w:after="120"/>
      </w:pPr>
      <w:r>
        <w:t xml:space="preserve">Usted reconoce que cualquier estimación de tarifa es solo una estimación y que el monto </w:t>
      </w:r>
      <w:r>
        <w:t>final cobrado puede variar según la duración real del viaje, la ruta, los peajes, el tiempo de espera, los recargos, cambios de ruta, la conducta del usuario, problemas de limpieza u otros factores permitidos conforme a estos Términos.</w:t>
      </w:r>
    </w:p>
    <w:p w:rsidR="00292A6A" w:rsidRDefault="00B22B9E">
      <w:pPr>
        <w:spacing w:after="120"/>
      </w:pPr>
      <w:r>
        <w:t>Todos los montos deb</w:t>
      </w:r>
      <w:r>
        <w:t>erán pagarse inmediatamente al finalizar el viaje o al aplicarse el cargo correspondiente.</w:t>
      </w:r>
    </w:p>
    <w:p w:rsidR="00292A6A" w:rsidRDefault="00B22B9E">
      <w:pPr>
        <w:pStyle w:val="HeadingLegal"/>
        <w:keepNext/>
        <w:spacing w:before="180" w:after="80"/>
      </w:pPr>
      <w:r>
        <w:t>8. AUTORIZACIÓN DE PAGO</w:t>
      </w:r>
    </w:p>
    <w:p w:rsidR="00292A6A" w:rsidRDefault="00B22B9E">
      <w:pPr>
        <w:spacing w:after="120"/>
      </w:pPr>
      <w:r>
        <w:t>Al agregar un método de pago y utilizar la Plataforma, usted autoriza a YIRO y a sus procesadores de pago a cargar a su método de pago selecc</w:t>
      </w:r>
      <w:r>
        <w:t>ionado todos los montos adeudados conforme a estos Términos, incluyendo cargos de transporte, tarifas, peajes, recargos, cargos por cancelación, cargos por daños y cualquier otro monto debidamente generado por su uso de la Plataforma.</w:t>
      </w:r>
    </w:p>
    <w:p w:rsidR="00292A6A" w:rsidRDefault="00B22B9E">
      <w:pPr>
        <w:spacing w:after="120"/>
      </w:pPr>
      <w:r>
        <w:t xml:space="preserve">Si su método de pago </w:t>
      </w:r>
      <w:r>
        <w:t>principal es rechazado o no está disponible, usted autoriza a YIRO a cargar cualquier otro método de pago asociado con su cuenta.</w:t>
      </w:r>
    </w:p>
    <w:p w:rsidR="00292A6A" w:rsidRDefault="00B22B9E">
      <w:pPr>
        <w:spacing w:after="120"/>
      </w:pPr>
      <w:r>
        <w:t>Usted declara y garantiza que está autorizado para utilizar el método de pago vinculado a su cuenta.</w:t>
      </w:r>
    </w:p>
    <w:p w:rsidR="00292A6A" w:rsidRDefault="00B22B9E">
      <w:pPr>
        <w:spacing w:after="120"/>
      </w:pPr>
      <w:r>
        <w:t>YIRO podrá utilizar proce</w:t>
      </w:r>
      <w:r>
        <w:t>sadores de pago de terceros para completar transacciones. YIRO no es responsable por interrupciones en el procesamiento de pagos, demoras bancarias, fallas de redes de tarjetas o fallas de terceros procesadores de pago.</w:t>
      </w:r>
    </w:p>
    <w:p w:rsidR="00292A6A" w:rsidRDefault="00B22B9E">
      <w:pPr>
        <w:pStyle w:val="HeadingLegal"/>
        <w:keepNext/>
        <w:spacing w:before="180" w:after="80"/>
      </w:pPr>
      <w:r>
        <w:t>9. CANCELACIONES Y NO PRESENTACIÓN</w:t>
      </w:r>
    </w:p>
    <w:p w:rsidR="00292A6A" w:rsidRDefault="00B22B9E">
      <w:pPr>
        <w:spacing w:after="120"/>
      </w:pPr>
      <w:r>
        <w:t>U</w:t>
      </w:r>
      <w:r>
        <w:t>sted podrá cancelar una solicitud de viaje, pero podrían aplicarse cargos por cancelación dependiendo del momento de la cancelación, el avance del conductor hacia el punto de recogida, reglas de aeropuertos, reglas de eventos, tiempo de espera u otros fact</w:t>
      </w:r>
      <w:r>
        <w:t>ores informados en la Plataforma.</w:t>
      </w:r>
    </w:p>
    <w:p w:rsidR="00292A6A" w:rsidRDefault="00B22B9E">
      <w:pPr>
        <w:spacing w:after="120"/>
      </w:pPr>
      <w:r>
        <w:t>Si usted no se presenta en el lugar de recogida designado dentro de un tiempo razonable, el viaje podrá ser tratado como no presentación del usuario y podrá aplicarse un cargo por no presentarse.</w:t>
      </w:r>
    </w:p>
    <w:p w:rsidR="00292A6A" w:rsidRDefault="00B22B9E">
      <w:pPr>
        <w:spacing w:after="120"/>
      </w:pPr>
      <w:r>
        <w:t>YIRO se reserva el derecho</w:t>
      </w:r>
      <w:r>
        <w:t xml:space="preserve"> de determinar si corresponde un cargo por cancelación o por no presentación con base en datos de la Plataforma, reportes del conductor, datos GPS, marcas de tiempo, registros de comunicaciones y otras pruebas razonables.</w:t>
      </w:r>
    </w:p>
    <w:p w:rsidR="00292A6A" w:rsidRDefault="00B22B9E">
      <w:pPr>
        <w:pStyle w:val="HeadingLegal"/>
        <w:keepNext/>
        <w:spacing w:before="180" w:after="80"/>
      </w:pPr>
      <w:r>
        <w:t>10. TIEMPO DE ESPERA</w:t>
      </w:r>
    </w:p>
    <w:p w:rsidR="00292A6A" w:rsidRDefault="00B22B9E">
      <w:pPr>
        <w:spacing w:after="120"/>
      </w:pPr>
      <w:r>
        <w:t>Si un conduct</w:t>
      </w:r>
      <w:r>
        <w:t>or llega al lugar de recogida designado y espera más allá del período de cortesía aplicable, podrán aplicarse cargos adicionales por tiempo de espera.</w:t>
      </w:r>
    </w:p>
    <w:p w:rsidR="00292A6A" w:rsidRDefault="00B22B9E">
      <w:pPr>
        <w:spacing w:after="120"/>
      </w:pPr>
      <w:r>
        <w:t>El tiempo de espera podrá comenzar a acumularse de acuerdo con las reglas mostradas en la Plataforma o co</w:t>
      </w:r>
      <w:r>
        <w:t>municadas a usted al momento de la reserva.</w:t>
      </w:r>
    </w:p>
    <w:p w:rsidR="00292A6A" w:rsidRDefault="00B22B9E">
      <w:pPr>
        <w:pStyle w:val="HeadingLegal"/>
        <w:keepNext/>
        <w:spacing w:before="180" w:after="80"/>
      </w:pPr>
      <w:r>
        <w:t>11. LIMPIEZA, DAÑOS Y OTROS CARGOS</w:t>
      </w:r>
    </w:p>
    <w:p w:rsidR="00292A6A" w:rsidRDefault="00B22B9E">
      <w:pPr>
        <w:spacing w:after="120"/>
      </w:pPr>
      <w:r>
        <w:t>Usted es responsable del costo de reparación, limpieza, reemplazo o remediación por daños a un vehículo o a bienes ocasionados por usted o por sus acompañantes durante un viaje,</w:t>
      </w:r>
      <w:r>
        <w:t xml:space="preserve"> más allá del desgaste ordinario.</w:t>
      </w:r>
    </w:p>
    <w:p w:rsidR="00292A6A" w:rsidRDefault="00B22B9E">
      <w:pPr>
        <w:spacing w:after="120"/>
      </w:pPr>
      <w:r>
        <w:t>Esto puede incluir, entre otros, lo siguiente:</w:t>
      </w:r>
    </w:p>
    <w:p w:rsidR="00292A6A" w:rsidRDefault="00B22B9E">
      <w:pPr>
        <w:spacing w:after="60"/>
        <w:ind w:left="432" w:hanging="259"/>
      </w:pPr>
      <w:r>
        <w:t>• derrames;</w:t>
      </w:r>
    </w:p>
    <w:p w:rsidR="00292A6A" w:rsidRDefault="00B22B9E">
      <w:pPr>
        <w:spacing w:after="60"/>
        <w:ind w:left="432" w:hanging="259"/>
      </w:pPr>
      <w:r>
        <w:t>• manchas;</w:t>
      </w:r>
    </w:p>
    <w:p w:rsidR="00292A6A" w:rsidRDefault="00B22B9E">
      <w:pPr>
        <w:spacing w:after="60"/>
        <w:ind w:left="432" w:hanging="259"/>
      </w:pPr>
      <w:r>
        <w:t>• remediación por humo u olores;</w:t>
      </w:r>
    </w:p>
    <w:p w:rsidR="00292A6A" w:rsidRDefault="00B22B9E">
      <w:pPr>
        <w:spacing w:after="60"/>
        <w:ind w:left="432" w:hanging="259"/>
      </w:pPr>
      <w:r>
        <w:lastRenderedPageBreak/>
        <w:t>• limpieza por vómito o fluidos corporales;</w:t>
      </w:r>
    </w:p>
    <w:p w:rsidR="00292A6A" w:rsidRDefault="00B22B9E">
      <w:pPr>
        <w:spacing w:after="60"/>
        <w:ind w:left="432" w:hanging="259"/>
      </w:pPr>
      <w:r>
        <w:t>• daños interiores o exteriores;</w:t>
      </w:r>
    </w:p>
    <w:p w:rsidR="00292A6A" w:rsidRDefault="00B22B9E">
      <w:pPr>
        <w:spacing w:after="60"/>
        <w:ind w:left="432" w:hanging="259"/>
      </w:pPr>
      <w:r>
        <w:t>• daños causados por mascotas no permitida</w:t>
      </w:r>
      <w:r>
        <w:t>s por la ley;</w:t>
      </w:r>
    </w:p>
    <w:p w:rsidR="00292A6A" w:rsidRDefault="00B22B9E">
      <w:pPr>
        <w:spacing w:after="60"/>
        <w:ind w:left="432" w:hanging="259"/>
      </w:pPr>
      <w:r>
        <w:t>• daños físicos a componentes del vehículo; y</w:t>
      </w:r>
    </w:p>
    <w:p w:rsidR="00292A6A" w:rsidRDefault="00B22B9E">
      <w:pPr>
        <w:spacing w:after="60"/>
        <w:ind w:left="432" w:hanging="259"/>
      </w:pPr>
      <w:r>
        <w:t>• suciedad excesiva que requiera limpieza profesional.</w:t>
      </w:r>
    </w:p>
    <w:p w:rsidR="00292A6A" w:rsidRDefault="00B22B9E">
      <w:pPr>
        <w:spacing w:after="120"/>
      </w:pPr>
      <w:r>
        <w:t>Usted autoriza a YIRO a cargar a su método de pago montos razonables por limpieza, reparación o daños respaldados por documentación, reportes</w:t>
      </w:r>
      <w:r>
        <w:t xml:space="preserve"> del conductor, fotografías, recibos, facturas, presupuestos u otras pruebas que YIRO considere confiables.</w:t>
      </w:r>
    </w:p>
    <w:p w:rsidR="00292A6A" w:rsidRDefault="00B22B9E">
      <w:pPr>
        <w:spacing w:after="120"/>
      </w:pPr>
      <w:r>
        <w:t xml:space="preserve">Salvo que la ley exija una cantidad mayor o exista una orden judicial que la respalde, el cargo máximo por limpieza o daños aplicado a través de la </w:t>
      </w:r>
      <w:r>
        <w:t>Plataforma conforme a esta Sección no excederá de $500.00 por incidente.</w:t>
      </w:r>
    </w:p>
    <w:p w:rsidR="00292A6A" w:rsidRDefault="00B22B9E">
      <w:pPr>
        <w:pStyle w:val="HeadingLegal"/>
        <w:keepNext/>
        <w:spacing w:before="180" w:after="80"/>
      </w:pPr>
      <w:r>
        <w:t>12. CONDUCTA DEL USUARIO</w:t>
      </w:r>
    </w:p>
    <w:p w:rsidR="00292A6A" w:rsidRDefault="00B22B9E">
      <w:pPr>
        <w:spacing w:after="120"/>
      </w:pPr>
      <w:r>
        <w:t>Usted acepta que utilizará la Plataforma y los servicios de transporte de manera legal, respetuosa y segura.</w:t>
      </w:r>
    </w:p>
    <w:p w:rsidR="00292A6A" w:rsidRDefault="00B22B9E">
      <w:pPr>
        <w:spacing w:after="120"/>
      </w:pPr>
      <w:r>
        <w:t>Usted no deberá:</w:t>
      </w:r>
    </w:p>
    <w:p w:rsidR="00292A6A" w:rsidRDefault="00B22B9E">
      <w:pPr>
        <w:spacing w:after="60"/>
        <w:ind w:left="432" w:hanging="259"/>
      </w:pPr>
      <w:r>
        <w:t xml:space="preserve">• amenazar, acosar, </w:t>
      </w:r>
      <w:r>
        <w:t>discriminar, maltratar o agredir a ningún conductor ni a ninguna otra persona;</w:t>
      </w:r>
    </w:p>
    <w:p w:rsidR="00292A6A" w:rsidRDefault="00B22B9E">
      <w:pPr>
        <w:spacing w:after="60"/>
        <w:ind w:left="432" w:hanging="259"/>
      </w:pPr>
      <w:r>
        <w:t>• fumar, vapear o usar drogas ilegales dentro del vehículo del conductor, salvo que la ley y el conductor lo permitan expresamente;</w:t>
      </w:r>
    </w:p>
    <w:p w:rsidR="00292A6A" w:rsidRDefault="00B22B9E">
      <w:pPr>
        <w:spacing w:after="60"/>
        <w:ind w:left="432" w:hanging="259"/>
      </w:pPr>
      <w:r>
        <w:t>• consumir alcohol en un vehículo cuando la l</w:t>
      </w:r>
      <w:r>
        <w:t>ey lo prohíba;</w:t>
      </w:r>
    </w:p>
    <w:p w:rsidR="00292A6A" w:rsidRDefault="00B22B9E">
      <w:pPr>
        <w:spacing w:after="60"/>
        <w:ind w:left="432" w:hanging="259"/>
      </w:pPr>
      <w:r>
        <w:t>• solicitar o presionar a un conductor para que infrinja leyes de tránsito o normas de seguridad;</w:t>
      </w:r>
    </w:p>
    <w:p w:rsidR="00292A6A" w:rsidRDefault="00B22B9E">
      <w:pPr>
        <w:spacing w:after="60"/>
        <w:ind w:left="432" w:hanging="259"/>
      </w:pPr>
      <w:r>
        <w:t>• introducir materiales peligrosos, recipientes abiertos, sustancias ilegales u objetos prohibidos en el vehículo;</w:t>
      </w:r>
    </w:p>
    <w:p w:rsidR="00292A6A" w:rsidRDefault="00B22B9E">
      <w:pPr>
        <w:spacing w:after="60"/>
        <w:ind w:left="432" w:hanging="259"/>
      </w:pPr>
      <w:r>
        <w:t>• dañar el vehículo;</w:t>
      </w:r>
    </w:p>
    <w:p w:rsidR="00292A6A" w:rsidRDefault="00B22B9E">
      <w:pPr>
        <w:spacing w:after="60"/>
        <w:ind w:left="432" w:hanging="259"/>
      </w:pPr>
      <w:r>
        <w:t>• distr</w:t>
      </w:r>
      <w:r>
        <w:t>aer al conductor de una manera que comprometa la seguridad;</w:t>
      </w:r>
    </w:p>
    <w:p w:rsidR="00292A6A" w:rsidRDefault="00B22B9E">
      <w:pPr>
        <w:spacing w:after="60"/>
        <w:ind w:left="432" w:hanging="259"/>
      </w:pPr>
      <w:r>
        <w:t>• falsear su identidad, lugar de recogida, destino o estado de pago;</w:t>
      </w:r>
    </w:p>
    <w:p w:rsidR="00292A6A" w:rsidRDefault="00B22B9E">
      <w:pPr>
        <w:spacing w:after="60"/>
        <w:ind w:left="432" w:hanging="259"/>
      </w:pPr>
      <w:r>
        <w:t>• utilizar la Plataforma para fines ilícitos;</w:t>
      </w:r>
    </w:p>
    <w:p w:rsidR="00292A6A" w:rsidRDefault="00B22B9E">
      <w:pPr>
        <w:spacing w:after="60"/>
        <w:ind w:left="432" w:hanging="259"/>
      </w:pPr>
      <w:r>
        <w:t xml:space="preserve">• intentar coordinar viajes fuera de la Plataforma en violación de las políticas </w:t>
      </w:r>
      <w:r>
        <w:t>de YIRO;</w:t>
      </w:r>
    </w:p>
    <w:p w:rsidR="00292A6A" w:rsidRDefault="00B22B9E">
      <w:pPr>
        <w:spacing w:after="60"/>
        <w:ind w:left="432" w:hanging="259"/>
      </w:pPr>
      <w:r>
        <w:t>• interferir con el funcionamiento normal de la Plataforma; o</w:t>
      </w:r>
    </w:p>
    <w:p w:rsidR="00292A6A" w:rsidRDefault="00B22B9E">
      <w:pPr>
        <w:spacing w:after="60"/>
        <w:ind w:left="432" w:hanging="259"/>
      </w:pPr>
      <w:r>
        <w:t>• incurrir en cualquier conducta que YIRO determine que crea un riesgo de seguridad, legal o reputacional.</w:t>
      </w:r>
    </w:p>
    <w:p w:rsidR="00292A6A" w:rsidRDefault="00B22B9E">
      <w:pPr>
        <w:spacing w:after="120"/>
      </w:pPr>
      <w:r>
        <w:t>YIRO podrá suspender o cancelar su acceso a la Plataforma por cualquier violac</w:t>
      </w:r>
      <w:r>
        <w:t>ión de esta Sección.</w:t>
      </w:r>
    </w:p>
    <w:p w:rsidR="00292A6A" w:rsidRDefault="00B22B9E">
      <w:pPr>
        <w:pStyle w:val="HeadingLegal"/>
        <w:keepNext/>
        <w:spacing w:before="180" w:after="80"/>
      </w:pPr>
      <w:r>
        <w:t>13. RESERVAS PARA TERCEROS</w:t>
      </w:r>
    </w:p>
    <w:p w:rsidR="00292A6A" w:rsidRDefault="00B22B9E">
      <w:pPr>
        <w:spacing w:after="120"/>
      </w:pPr>
      <w:r>
        <w:t>YIRO podrá permitirle solicitar o coordinar un viaje para otro tercero adulto a través de su cuenta.</w:t>
      </w:r>
    </w:p>
    <w:p w:rsidR="00292A6A" w:rsidRDefault="00B22B9E">
      <w:pPr>
        <w:spacing w:after="120"/>
      </w:pPr>
      <w:r>
        <w:t>Si reserva un viaje para un tercero, usted declara y garantiza que:</w:t>
      </w:r>
    </w:p>
    <w:p w:rsidR="00292A6A" w:rsidRDefault="00B22B9E">
      <w:pPr>
        <w:spacing w:after="60"/>
        <w:ind w:left="432" w:hanging="259"/>
      </w:pPr>
      <w:r>
        <w:t>• está autorizado para actuar en nombre</w:t>
      </w:r>
      <w:r>
        <w:t xml:space="preserve"> de esa persona con respecto a la reserva;</w:t>
      </w:r>
    </w:p>
    <w:p w:rsidR="00292A6A" w:rsidRDefault="00B22B9E">
      <w:pPr>
        <w:spacing w:after="60"/>
        <w:ind w:left="432" w:hanging="259"/>
      </w:pPr>
      <w:r>
        <w:t>• ha proporcionado a esa persona toda la información de viaje, conductor, vehículo y seguridad necesaria para el trayecto;</w:t>
      </w:r>
    </w:p>
    <w:p w:rsidR="00292A6A" w:rsidRDefault="00B22B9E">
      <w:pPr>
        <w:spacing w:after="60"/>
        <w:ind w:left="432" w:hanging="259"/>
      </w:pPr>
      <w:r>
        <w:t xml:space="preserve">• seguirá siendo financieramente responsable de todos los cargos asociados con el </w:t>
      </w:r>
      <w:r>
        <w:t>viaje, salvo que la Plataforma indique expresamente lo contrario; y</w:t>
      </w:r>
    </w:p>
    <w:p w:rsidR="00292A6A" w:rsidRDefault="00B22B9E">
      <w:pPr>
        <w:spacing w:after="60"/>
        <w:ind w:left="432" w:hanging="259"/>
      </w:pPr>
      <w:r>
        <w:t>• el tercero cumplirá con estos Términos como si fuera el titular de la cuenta.</w:t>
      </w:r>
    </w:p>
    <w:p w:rsidR="00292A6A" w:rsidRDefault="00B22B9E">
      <w:pPr>
        <w:spacing w:after="120"/>
      </w:pPr>
      <w:r>
        <w:lastRenderedPageBreak/>
        <w:t>YIRO podrá limitar o rechazar reservas para terceros a su discreción por motivos de seguridad, fraude, opera</w:t>
      </w:r>
      <w:r>
        <w:t>ción o cumplimiento.</w:t>
      </w:r>
    </w:p>
    <w:p w:rsidR="00292A6A" w:rsidRDefault="00B22B9E">
      <w:pPr>
        <w:pStyle w:val="HeadingLegal"/>
        <w:keepNext/>
        <w:spacing w:before="180" w:after="80"/>
      </w:pPr>
      <w:r>
        <w:t>14. NO DISCRIMINACIÓN Y ACCESIBILIDAD</w:t>
      </w:r>
    </w:p>
    <w:p w:rsidR="00292A6A" w:rsidRDefault="00B22B9E">
      <w:pPr>
        <w:spacing w:after="120"/>
      </w:pPr>
      <w:r>
        <w:t>YIRO prohíbe la discriminación por motivos de raza, color, etnia, origen nacional, religión, sexo, género, identidad de género, orientación sexual, discapacidad, condición médica, estado civil, eda</w:t>
      </w:r>
      <w:r>
        <w:t>d o cualquier otra clasificación protegida por la ley aplicable.</w:t>
      </w:r>
    </w:p>
    <w:p w:rsidR="00292A6A" w:rsidRDefault="00B22B9E">
      <w:pPr>
        <w:spacing w:after="120"/>
      </w:pPr>
      <w:r>
        <w:t>Los usuarios con discapacidades tienen derecho a un acceso igualitario a la Plataforma y a los servicios de transporte disponibles a través de ella, sujeto a la ley aplicable.</w:t>
      </w:r>
    </w:p>
    <w:p w:rsidR="00292A6A" w:rsidRDefault="00B22B9E">
      <w:pPr>
        <w:spacing w:after="120"/>
      </w:pPr>
      <w:r>
        <w:t xml:space="preserve">Los </w:t>
      </w:r>
      <w:r>
        <w:t xml:space="preserve">conductores que utilizan la Plataforma YIRO no podrán negar el servicio a un usuario porque éste esté acompañado por un animal de servicio cuando la ley lo proteja. No se cobrará a los usuarios un cargo adicional únicamente porque estén acompañados por un </w:t>
      </w:r>
      <w:r>
        <w:t>animal de servicio legalmente reconocido.</w:t>
      </w:r>
    </w:p>
    <w:p w:rsidR="00292A6A" w:rsidRDefault="00B22B9E">
      <w:pPr>
        <w:pStyle w:val="HeadingLegal"/>
        <w:keepNext/>
        <w:spacing w:before="180" w:after="80"/>
      </w:pPr>
      <w:r>
        <w:t>15. ANIMALES DE SERVICIO</w:t>
      </w:r>
    </w:p>
    <w:p w:rsidR="00292A6A" w:rsidRDefault="00B22B9E">
      <w:pPr>
        <w:spacing w:after="120"/>
      </w:pPr>
      <w:r>
        <w:t>Si usted está acompañado por un animal de servicio reconocido conforme a la ley aplicable, podrá transportar ese animal de servicio durante su viaje.</w:t>
      </w:r>
    </w:p>
    <w:p w:rsidR="00292A6A" w:rsidRDefault="00B22B9E">
      <w:pPr>
        <w:spacing w:after="120"/>
      </w:pPr>
      <w:r>
        <w:t>Un conductor no podrá negar el transpor</w:t>
      </w:r>
      <w:r>
        <w:t>te por el hecho de que usted lleve consigo un animal de servicio legalmente reconocido.</w:t>
      </w:r>
    </w:p>
    <w:p w:rsidR="00292A6A" w:rsidRDefault="00B22B9E">
      <w:pPr>
        <w:spacing w:after="120"/>
      </w:pPr>
      <w:r>
        <w:t>Nada de lo dispuesto en esta Sección impide que YIRO o un conductor tomen medidas razonables en respuesta a amenazas reales a la seguridad, comportamiento descontrolado</w:t>
      </w:r>
      <w:r>
        <w:t xml:space="preserve"> del animal, daños a la propiedad o declaraciones fraudulentas sobre la condición de animal de servicio, en la medida permitida por la ley.</w:t>
      </w:r>
    </w:p>
    <w:p w:rsidR="00292A6A" w:rsidRDefault="00B22B9E">
      <w:pPr>
        <w:pStyle w:val="HeadingLegal"/>
        <w:keepNext/>
        <w:spacing w:before="180" w:after="80"/>
      </w:pPr>
      <w:r>
        <w:t>16. NIÑOS Y MENORES DE EDAD</w:t>
      </w:r>
    </w:p>
    <w:p w:rsidR="00292A6A" w:rsidRDefault="00B22B9E">
      <w:pPr>
        <w:spacing w:after="120"/>
      </w:pPr>
      <w:r>
        <w:t>YIRO no permite que menores no acompañados utilicen la Plataforma ni reciban servicios d</w:t>
      </w:r>
      <w:r>
        <w:t>e transporte a través de la Plataforma.</w:t>
      </w:r>
    </w:p>
    <w:p w:rsidR="00292A6A" w:rsidRDefault="00B22B9E">
      <w:pPr>
        <w:spacing w:after="120"/>
      </w:pPr>
      <w:r>
        <w:t>Cualquier usuario menor de 18 años deberá estar acompañado durante el viaje por un padre, madre, tutor legal u otro adulto legalmente responsable.</w:t>
      </w:r>
    </w:p>
    <w:p w:rsidR="00292A6A" w:rsidRDefault="00B22B9E">
      <w:pPr>
        <w:spacing w:after="120"/>
      </w:pPr>
      <w:r>
        <w:t>Los conductores podrán negarse a prestar el servicio de transporte cu</w:t>
      </w:r>
      <w:r>
        <w:t>ando razonablemente crean que una reserva viola esta Sección.</w:t>
      </w:r>
    </w:p>
    <w:p w:rsidR="00292A6A" w:rsidRDefault="00B22B9E">
      <w:pPr>
        <w:pStyle w:val="HeadingLegal"/>
        <w:keepNext/>
        <w:spacing w:before="180" w:after="80"/>
      </w:pPr>
      <w:r>
        <w:t>17. OBJETOS PERDIDOS</w:t>
      </w:r>
    </w:p>
    <w:p w:rsidR="00292A6A" w:rsidRDefault="00B22B9E">
      <w:pPr>
        <w:spacing w:after="120"/>
      </w:pPr>
      <w:r>
        <w:t>Los conductores son terceros independientes y son los únicos responsables de los objetos dejados en sus vehículos.</w:t>
      </w:r>
    </w:p>
    <w:p w:rsidR="00292A6A" w:rsidRDefault="00B22B9E">
      <w:pPr>
        <w:spacing w:after="120"/>
      </w:pPr>
      <w:r>
        <w:t>YIRO no garantiza la recuperación de objetos perdidos y no</w:t>
      </w:r>
      <w:r>
        <w:t xml:space="preserve"> es responsable por bienes personales perdidos, robados o dañados.</w:t>
      </w:r>
    </w:p>
    <w:p w:rsidR="00292A6A" w:rsidRDefault="00B22B9E">
      <w:pPr>
        <w:spacing w:after="120"/>
      </w:pPr>
      <w:r>
        <w:t xml:space="preserve">No obstante, YIRO podrá, como cortesía, facilitar la comunicación entre usted y un conductor respecto de un objeto perdido. YIRO también podrá cobrar una tarifa razonable por la devolución </w:t>
      </w:r>
      <w:r>
        <w:t>de un objeto perdido si éste es recuperado y entregado.</w:t>
      </w:r>
    </w:p>
    <w:p w:rsidR="00292A6A" w:rsidRDefault="00B22B9E">
      <w:pPr>
        <w:pStyle w:val="HeadingLegal"/>
        <w:keepNext/>
        <w:spacing w:before="180" w:after="80"/>
      </w:pPr>
      <w:r>
        <w:t>18. CONSENTIMIENTO PARA COMUNICACIONES</w:t>
      </w:r>
    </w:p>
    <w:p w:rsidR="00292A6A" w:rsidRDefault="00B22B9E">
      <w:pPr>
        <w:spacing w:after="120"/>
      </w:pPr>
      <w:r>
        <w:t>Al utilizar la Plataforma, usted acepta recibir comunicaciones de YIRO, sus afiliadas, sus proveedores de servicios y los conductores, incluyendo por correo elec</w:t>
      </w:r>
      <w:r>
        <w:t>trónico, llamada telefónica, mensaje de texto, notificación push y mensaje dentro de la aplicación, para fines operativos, transaccionales, de seguridad, de cuenta, soporte y relacionados con el servicio.</w:t>
      </w:r>
    </w:p>
    <w:p w:rsidR="00292A6A" w:rsidRDefault="00B22B9E">
      <w:pPr>
        <w:spacing w:after="120"/>
      </w:pPr>
      <w:r>
        <w:lastRenderedPageBreak/>
        <w:t>Estas comunicaciones pueden incluir:</w:t>
      </w:r>
    </w:p>
    <w:p w:rsidR="00292A6A" w:rsidRDefault="00B22B9E">
      <w:pPr>
        <w:spacing w:after="60"/>
        <w:ind w:left="432" w:hanging="259"/>
      </w:pPr>
      <w:r>
        <w:t>• confirmacion</w:t>
      </w:r>
      <w:r>
        <w:t>es de viaje;</w:t>
      </w:r>
    </w:p>
    <w:p w:rsidR="00292A6A" w:rsidRDefault="00B22B9E">
      <w:pPr>
        <w:spacing w:after="60"/>
        <w:ind w:left="432" w:hanging="259"/>
      </w:pPr>
      <w:r>
        <w:t>• códigos OTP o de verificación;</w:t>
      </w:r>
    </w:p>
    <w:p w:rsidR="00292A6A" w:rsidRDefault="00B22B9E">
      <w:pPr>
        <w:spacing w:after="60"/>
        <w:ind w:left="432" w:hanging="259"/>
      </w:pPr>
      <w:r>
        <w:t>• actualizaciones sobre la llegada del conductor;</w:t>
      </w:r>
    </w:p>
    <w:p w:rsidR="00292A6A" w:rsidRDefault="00B22B9E">
      <w:pPr>
        <w:spacing w:after="60"/>
        <w:ind w:left="432" w:hanging="259"/>
      </w:pPr>
      <w:r>
        <w:t>• alertas de cuenta;</w:t>
      </w:r>
    </w:p>
    <w:p w:rsidR="00292A6A" w:rsidRDefault="00B22B9E">
      <w:pPr>
        <w:spacing w:after="60"/>
        <w:ind w:left="432" w:hanging="259"/>
      </w:pPr>
      <w:r>
        <w:t>• recibos;</w:t>
      </w:r>
    </w:p>
    <w:p w:rsidR="00292A6A" w:rsidRDefault="00B22B9E">
      <w:pPr>
        <w:spacing w:after="60"/>
        <w:ind w:left="432" w:hanging="259"/>
      </w:pPr>
      <w:r>
        <w:t>• mensajes de atención al cliente;</w:t>
      </w:r>
    </w:p>
    <w:p w:rsidR="00292A6A" w:rsidRDefault="00B22B9E">
      <w:pPr>
        <w:spacing w:after="60"/>
        <w:ind w:left="432" w:hanging="259"/>
      </w:pPr>
      <w:r>
        <w:t>• notificaciones de seguridad;</w:t>
      </w:r>
    </w:p>
    <w:p w:rsidR="00292A6A" w:rsidRDefault="00B22B9E">
      <w:pPr>
        <w:spacing w:after="60"/>
        <w:ind w:left="432" w:hanging="259"/>
      </w:pPr>
      <w:r>
        <w:t>• actualizaciones de políticas; y</w:t>
      </w:r>
    </w:p>
    <w:p w:rsidR="00292A6A" w:rsidRDefault="00B22B9E">
      <w:pPr>
        <w:spacing w:after="60"/>
        <w:ind w:left="432" w:hanging="259"/>
      </w:pPr>
      <w:r>
        <w:t>• comunicaciones sobre dispu</w:t>
      </w:r>
      <w:r>
        <w:t>tas o facturación.</w:t>
      </w:r>
    </w:p>
    <w:p w:rsidR="00292A6A" w:rsidRDefault="00B22B9E">
      <w:pPr>
        <w:spacing w:after="120"/>
      </w:pPr>
      <w:r>
        <w:t>Usted es responsable de cualquier cargo impuesto por su proveedor de servicios inalámbricos.</w:t>
      </w:r>
    </w:p>
    <w:p w:rsidR="00292A6A" w:rsidRDefault="00B22B9E">
      <w:pPr>
        <w:spacing w:after="120"/>
      </w:pPr>
      <w:r>
        <w:t>Es posible que pueda optar por no recibir ciertas comunicaciones no esenciales, pero usted reconoce que excluirse de comunicaciones operativas p</w:t>
      </w:r>
      <w:r>
        <w:t>uede afectar su capacidad para usar la Plataforma.</w:t>
      </w:r>
    </w:p>
    <w:p w:rsidR="00292A6A" w:rsidRDefault="00B22B9E">
      <w:pPr>
        <w:pStyle w:val="HeadingLegal"/>
        <w:keepNext/>
        <w:spacing w:before="180" w:after="80"/>
      </w:pPr>
      <w:r>
        <w:t>19. PRIVACIDAD</w:t>
      </w:r>
    </w:p>
    <w:p w:rsidR="00292A6A" w:rsidRDefault="00B22B9E">
      <w:pPr>
        <w:spacing w:after="120"/>
      </w:pPr>
      <w:r>
        <w:t>Su uso de la Plataforma también se rige por la Política de Privacidad de YIRO, la cual se incorpora a estos Términos por referencia.</w:t>
      </w:r>
    </w:p>
    <w:p w:rsidR="00292A6A" w:rsidRDefault="00B22B9E">
      <w:pPr>
        <w:spacing w:after="120"/>
      </w:pPr>
      <w:r>
        <w:t xml:space="preserve">Al utilizar la Plataforma, usted reconoce que YIRO </w:t>
      </w:r>
      <w:r>
        <w:t>puede recopilar, usar, almacenar, divulgar y procesar información personal de conformidad con la Política de Privacidad y la ley aplicable.</w:t>
      </w:r>
    </w:p>
    <w:p w:rsidR="00292A6A" w:rsidRDefault="00B22B9E">
      <w:pPr>
        <w:pStyle w:val="HeadingLegal"/>
        <w:keepNext/>
        <w:spacing w:before="180" w:after="80"/>
      </w:pPr>
      <w:r>
        <w:t>20. SERVICIOS DE TERCEROS</w:t>
      </w:r>
    </w:p>
    <w:p w:rsidR="00292A6A" w:rsidRDefault="00B22B9E">
      <w:pPr>
        <w:spacing w:after="120"/>
      </w:pPr>
      <w:r>
        <w:t>La Plataforma puede depender de servicios de terceros o integrarse con ellos, incluyendo p</w:t>
      </w:r>
      <w:r>
        <w:t>rocesadores de pago, proveedores de mapas, proveedores de nube, proveedores de telecomunicaciones, proveedores de verificación de identidad y herramientas de atención al cliente.</w:t>
      </w:r>
    </w:p>
    <w:p w:rsidR="00292A6A" w:rsidRDefault="00B22B9E">
      <w:pPr>
        <w:spacing w:after="120"/>
      </w:pPr>
      <w:r>
        <w:t>YIRO no es responsable por actos, omisiones, interrupciones, contenido o serv</w:t>
      </w:r>
      <w:r>
        <w:t>icios de terceros, salvo en la medida exigida por la ley.</w:t>
      </w:r>
    </w:p>
    <w:p w:rsidR="00292A6A" w:rsidRDefault="00B22B9E">
      <w:pPr>
        <w:pStyle w:val="HeadingLegal"/>
        <w:keepNext/>
        <w:spacing w:before="180" w:after="80"/>
      </w:pPr>
      <w:r>
        <w:t>21. PROMOCIONES, CRÉDITOS Y REFERIDOS</w:t>
      </w:r>
    </w:p>
    <w:p w:rsidR="00292A6A" w:rsidRDefault="00B22B9E">
      <w:pPr>
        <w:spacing w:after="120"/>
      </w:pPr>
      <w:r>
        <w:t>YIRO podrá ofrecer de vez en cuando códigos promocionales, descuentos, créditos por referidos, créditos en cuenta u otros incentivos.</w:t>
      </w:r>
    </w:p>
    <w:p w:rsidR="00292A6A" w:rsidRDefault="00B22B9E">
      <w:pPr>
        <w:spacing w:after="120"/>
      </w:pPr>
      <w:r>
        <w:t>Salvo que se indique lo co</w:t>
      </w:r>
      <w:r>
        <w:t>ntrario por escrito:</w:t>
      </w:r>
    </w:p>
    <w:p w:rsidR="00292A6A" w:rsidRDefault="00B22B9E">
      <w:pPr>
        <w:spacing w:after="60"/>
        <w:ind w:left="432" w:hanging="259"/>
      </w:pPr>
      <w:r>
        <w:t>• las promociones no tienen valor en efectivo;</w:t>
      </w:r>
    </w:p>
    <w:p w:rsidR="00292A6A" w:rsidRDefault="00B22B9E">
      <w:pPr>
        <w:spacing w:after="60"/>
        <w:ind w:left="432" w:hanging="259"/>
      </w:pPr>
      <w:r>
        <w:t>• las promociones no son transferibles;</w:t>
      </w:r>
    </w:p>
    <w:p w:rsidR="00292A6A" w:rsidRDefault="00B22B9E">
      <w:pPr>
        <w:spacing w:after="60"/>
        <w:ind w:left="432" w:hanging="259"/>
      </w:pPr>
      <w:r>
        <w:t>• las promociones podrán ser revocadas, modificadas, suspendidas o canceladas en cualquier momento;</w:t>
      </w:r>
    </w:p>
    <w:p w:rsidR="00292A6A" w:rsidRDefault="00B22B9E">
      <w:pPr>
        <w:spacing w:after="60"/>
        <w:ind w:left="432" w:hanging="259"/>
      </w:pPr>
      <w:r>
        <w:t xml:space="preserve">• las promociones podrán estar sujetas a fechas </w:t>
      </w:r>
      <w:r>
        <w:t>de vencimiento y condiciones adicionales; y</w:t>
      </w:r>
    </w:p>
    <w:p w:rsidR="00292A6A" w:rsidRDefault="00B22B9E">
      <w:pPr>
        <w:spacing w:after="60"/>
        <w:ind w:left="432" w:hanging="259"/>
      </w:pPr>
      <w:r>
        <w:t>• el uso indebido, fraude, duplicación, reventa o manipulación de promociones podrá dar lugar a su invalidación y a la suspensión de la cuenta.</w:t>
      </w:r>
    </w:p>
    <w:p w:rsidR="00292A6A" w:rsidRDefault="00B22B9E">
      <w:pPr>
        <w:pStyle w:val="HeadingLegal"/>
        <w:keepNext/>
        <w:spacing w:before="180" w:after="80"/>
      </w:pPr>
      <w:r>
        <w:t>22. CONTENIDO DEL USUARIO Y COMENTARIOS</w:t>
      </w:r>
    </w:p>
    <w:p w:rsidR="00292A6A" w:rsidRDefault="00B22B9E">
      <w:pPr>
        <w:spacing w:after="120"/>
      </w:pPr>
      <w:r>
        <w:t>Si usted envía a YIRO califi</w:t>
      </w:r>
      <w:r>
        <w:t xml:space="preserve">caciones, reseñas, comentarios, sugerencias, reportes, observaciones u otro contenido, otorga a YIRO un derecho mundial, no exclusivo, libre de regalías, perpetuo, irrevocable y </w:t>
      </w:r>
      <w:r>
        <w:lastRenderedPageBreak/>
        <w:t>sublicenciable para usar, reproducir, modificar, publicar, distribuir, mostrar</w:t>
      </w:r>
      <w:r>
        <w:t xml:space="preserve"> y explotar de cualquier otro modo dicho contenido para fines comerciales lícitos, sujeto a la ley aplicable y a la Política de Privacidad.</w:t>
      </w:r>
    </w:p>
    <w:p w:rsidR="00292A6A" w:rsidRDefault="00B22B9E">
      <w:pPr>
        <w:spacing w:after="120"/>
      </w:pPr>
      <w:r>
        <w:t xml:space="preserve">Usted declara que tiene derecho a proporcionar dicho contenido y que éste no viola ninguna ley ni los </w:t>
      </w:r>
      <w:r>
        <w:t>derechos de terceros.</w:t>
      </w:r>
    </w:p>
    <w:p w:rsidR="00292A6A" w:rsidRDefault="00B22B9E">
      <w:pPr>
        <w:pStyle w:val="HeadingLegal"/>
        <w:keepNext/>
        <w:spacing w:before="180" w:after="80"/>
      </w:pPr>
      <w:r>
        <w:t>23. SUSPENSIÓN Y TERMINACIÓN</w:t>
      </w:r>
    </w:p>
    <w:p w:rsidR="00292A6A" w:rsidRDefault="00B22B9E">
      <w:pPr>
        <w:spacing w:after="120"/>
      </w:pPr>
      <w:r>
        <w:t>YIRO podrá suspender, restringir o terminar su cuenta o su acceso a la Plataforma, de inmediato y sin previo aviso, si YIRO determina, a su sola discreción razonable, que:</w:t>
      </w:r>
    </w:p>
    <w:p w:rsidR="00292A6A" w:rsidRDefault="00B22B9E">
      <w:pPr>
        <w:spacing w:after="60"/>
        <w:ind w:left="432" w:hanging="259"/>
      </w:pPr>
      <w:r>
        <w:t>• usted violó estos Términos;</w:t>
      </w:r>
    </w:p>
    <w:p w:rsidR="00292A6A" w:rsidRDefault="00B22B9E">
      <w:pPr>
        <w:spacing w:after="60"/>
        <w:ind w:left="432" w:hanging="259"/>
      </w:pPr>
      <w:r>
        <w:t>• u</w:t>
      </w:r>
      <w:r>
        <w:t>sted incurrió en conducta insegura, fraudulenta, abusiva, ilícita o inapropiada;</w:t>
      </w:r>
    </w:p>
    <w:p w:rsidR="00292A6A" w:rsidRDefault="00B22B9E">
      <w:pPr>
        <w:spacing w:after="60"/>
        <w:ind w:left="432" w:hanging="259"/>
      </w:pPr>
      <w:r>
        <w:t>• usted causó riesgo para conductores, otros usuarios, personal de YIRO o el público;</w:t>
      </w:r>
    </w:p>
    <w:p w:rsidR="00292A6A" w:rsidRDefault="00B22B9E">
      <w:pPr>
        <w:spacing w:after="60"/>
        <w:ind w:left="432" w:hanging="259"/>
      </w:pPr>
      <w:r>
        <w:t>• usted inició disputas de pago o contracargos de mala fe de manera impropia;</w:t>
      </w:r>
    </w:p>
    <w:p w:rsidR="00292A6A" w:rsidRDefault="00B22B9E">
      <w:pPr>
        <w:spacing w:after="60"/>
        <w:ind w:left="432" w:hanging="259"/>
      </w:pPr>
      <w:r>
        <w:t>• su cuenta</w:t>
      </w:r>
      <w:r>
        <w:t xml:space="preserve"> fue utilizada sin autorización;</w:t>
      </w:r>
    </w:p>
    <w:p w:rsidR="00292A6A" w:rsidRDefault="00B22B9E">
      <w:pPr>
        <w:spacing w:after="60"/>
        <w:ind w:left="432" w:hanging="259"/>
      </w:pPr>
      <w:r>
        <w:t>• su actividad creó exposición legal, regulatoria, de seguros o reputacional para YIRO; o</w:t>
      </w:r>
    </w:p>
    <w:p w:rsidR="00292A6A" w:rsidRDefault="00B22B9E">
      <w:pPr>
        <w:spacing w:after="60"/>
        <w:ind w:left="432" w:hanging="259"/>
      </w:pPr>
      <w:r>
        <w:t>• la suspensión o terminación es necesaria para proteger la seguridad, el cumplimiento o la integridad del negocio.</w:t>
      </w:r>
    </w:p>
    <w:p w:rsidR="00292A6A" w:rsidRDefault="00B22B9E">
      <w:pPr>
        <w:spacing w:after="120"/>
      </w:pPr>
      <w:r>
        <w:t>La terminación de</w:t>
      </w:r>
      <w:r>
        <w:t xml:space="preserve"> su cuenta no lo libera de ninguna obligación de pago generada antes de la terminación.</w:t>
      </w:r>
    </w:p>
    <w:p w:rsidR="00292A6A" w:rsidRDefault="00B22B9E">
      <w:pPr>
        <w:pStyle w:val="HeadingLegal"/>
        <w:keepNext/>
        <w:spacing w:before="180" w:after="80"/>
      </w:pPr>
      <w:r>
        <w:t>24. EXENCIÓN DE GARANTÍAS</w:t>
      </w:r>
    </w:p>
    <w:p w:rsidR="00292A6A" w:rsidRDefault="00B22B9E">
      <w:pPr>
        <w:spacing w:after="120"/>
      </w:pPr>
      <w:r>
        <w:t>LA PLATAFORMA Y TODOS LOS SERVICIOS RELACIONADOS SE PRESTAN “TAL CUAL” Y “SEGÚN DISPONIBILIDAD”.</w:t>
      </w:r>
    </w:p>
    <w:p w:rsidR="00292A6A" w:rsidRDefault="00B22B9E">
      <w:pPr>
        <w:spacing w:after="120"/>
      </w:pPr>
      <w:r>
        <w:t xml:space="preserve">EN LA MÁXIMA MEDIDA PERMITIDA POR LA LEY, </w:t>
      </w:r>
      <w:r>
        <w:t>YIRO RENUNCIA A TODAS LAS GARANTÍAS, EXPRESAS, IMPLÍCITAS O LEGALES, INCLUYENDO CUALQUIER GARANTÍA IMPLÍCITA DE COMERCIABILIDAD, IDONEIDAD PARA UN FIN PARTICULAR, TITULARIDAD, NO INFRACCIÓN, DISPONIBILIDAD, EXACTITUD, CONFIABILIDAD O DISFRUTE PACÍFICO.</w:t>
      </w:r>
    </w:p>
    <w:p w:rsidR="00292A6A" w:rsidRDefault="00B22B9E">
      <w:pPr>
        <w:spacing w:after="120"/>
      </w:pPr>
      <w:r>
        <w:t>SIN</w:t>
      </w:r>
      <w:r>
        <w:t xml:space="preserve"> LIMITAR LO ANTERIOR, YIRO NO GARANTIZA QUE:</w:t>
      </w:r>
    </w:p>
    <w:p w:rsidR="00292A6A" w:rsidRDefault="00B22B9E">
      <w:pPr>
        <w:spacing w:after="60"/>
        <w:ind w:left="432" w:hanging="259"/>
      </w:pPr>
      <w:r>
        <w:t>• LA PLATAFORMA ESTARÁ DISPONIBLE EN TODO MOMENTO;</w:t>
      </w:r>
    </w:p>
    <w:p w:rsidR="00292A6A" w:rsidRDefault="00B22B9E">
      <w:pPr>
        <w:spacing w:after="60"/>
        <w:ind w:left="432" w:hanging="259"/>
      </w:pPr>
      <w:r>
        <w:t>• LA PLATAFORMA ESTARÁ LIBRE DE ERRORES O INTERRUPCIONES;</w:t>
      </w:r>
    </w:p>
    <w:p w:rsidR="00292A6A" w:rsidRDefault="00B22B9E">
      <w:pPr>
        <w:spacing w:after="60"/>
        <w:ind w:left="432" w:hanging="259"/>
      </w:pPr>
      <w:r>
        <w:t>• HABRÁ DISPONIBILIDAD DE ALGÚN CONDUCTOR O VIAJE;</w:t>
      </w:r>
    </w:p>
    <w:p w:rsidR="00292A6A" w:rsidRDefault="00B22B9E">
      <w:pPr>
        <w:spacing w:after="60"/>
        <w:ind w:left="432" w:hanging="259"/>
      </w:pPr>
      <w:r>
        <w:t>• CUALQUIER SERVICIO DE TRANSPORTE CUMPLIRÁ CON SUS</w:t>
      </w:r>
      <w:r>
        <w:t xml:space="preserve"> EXPECTATIVAS;</w:t>
      </w:r>
    </w:p>
    <w:p w:rsidR="00292A6A" w:rsidRDefault="00B22B9E">
      <w:pPr>
        <w:spacing w:after="60"/>
        <w:ind w:left="432" w:hanging="259"/>
      </w:pPr>
      <w:r>
        <w:t>• CUALQUIER DEFECTO SERÁ CORREGIDO; O</w:t>
      </w:r>
    </w:p>
    <w:p w:rsidR="00292A6A" w:rsidRDefault="00B22B9E">
      <w:pPr>
        <w:spacing w:after="60"/>
        <w:ind w:left="432" w:hanging="259"/>
      </w:pPr>
      <w:r>
        <w:t>• LA PLATAFORMA ESTARÁ LIBRE DE VIRUS U OTROS COMPONENTES DAÑINOS.</w:t>
      </w:r>
    </w:p>
    <w:p w:rsidR="00292A6A" w:rsidRDefault="00B22B9E">
      <w:pPr>
        <w:pStyle w:val="HeadingLegal"/>
        <w:keepNext/>
        <w:spacing w:before="180" w:after="80"/>
      </w:pPr>
      <w:r>
        <w:t>25. LIMITACIÓN DE RESPONSABILIDAD</w:t>
      </w:r>
    </w:p>
    <w:p w:rsidR="00292A6A" w:rsidRDefault="00B22B9E">
      <w:pPr>
        <w:spacing w:after="120"/>
      </w:pPr>
      <w:r>
        <w:t>EN LA MÁXIMA MEDIDA PERMITIDA POR LA LEY, YIRO Y SUS AFILIADAS, MIEMBROS, GERENTES, FUNCIONARIOS, DIRE</w:t>
      </w:r>
      <w:r>
        <w:t>CTORES, EMPLEADOS, AGENTES Y PROVEEDORES DE SERVICIOS NO SERÁN RESPONSABLES POR DAÑOS INDIRECTOS, INCIDENTALES, ESPECIALES, EJEMPLARES, PUNITIVOS O CONSECUENTES, NI POR PÉRDIDA DE GANANCIAS, PÉRDIDA DE DATOS, PÉRDIDA DE NEGOCIO, PÉRDIDA DE BIENES PERSONALE</w:t>
      </w:r>
      <w:r>
        <w:t>S O ANGUSTIA EMOCIONAL, QUE SURJAN DE O SE RELACIONEN CON:</w:t>
      </w:r>
    </w:p>
    <w:p w:rsidR="00292A6A" w:rsidRDefault="00B22B9E">
      <w:pPr>
        <w:spacing w:after="60"/>
        <w:ind w:left="432" w:hanging="259"/>
      </w:pPr>
      <w:r>
        <w:t>• SU USO O IMPOSIBILIDAD DE USAR LA PLATAFORMA;</w:t>
      </w:r>
    </w:p>
    <w:p w:rsidR="00292A6A" w:rsidRDefault="00B22B9E">
      <w:pPr>
        <w:spacing w:after="60"/>
        <w:ind w:left="432" w:hanging="259"/>
      </w:pPr>
      <w:r>
        <w:lastRenderedPageBreak/>
        <w:t>• CUALESQUIERA SERVICIOS DE TRANSPORTE PRESTADOS POR CONDUCTORES TERCEROS INDEPENDIENTES;</w:t>
      </w:r>
    </w:p>
    <w:p w:rsidR="00292A6A" w:rsidRDefault="00B22B9E">
      <w:pPr>
        <w:spacing w:after="60"/>
        <w:ind w:left="432" w:hanging="259"/>
      </w:pPr>
      <w:r>
        <w:t>• DEMORAS, CANCELACIONES O INTERRUPCIONES DEL SERVICIO;</w:t>
      </w:r>
    </w:p>
    <w:p w:rsidR="00292A6A" w:rsidRDefault="00B22B9E">
      <w:pPr>
        <w:spacing w:after="60"/>
        <w:ind w:left="432" w:hanging="259"/>
      </w:pPr>
      <w:r>
        <w:t>• L</w:t>
      </w:r>
      <w:r>
        <w:t>A CONDUCTA DE CONDUCTORES, USUARIOS O TERCEROS;</w:t>
      </w:r>
    </w:p>
    <w:p w:rsidR="00292A6A" w:rsidRDefault="00B22B9E">
      <w:pPr>
        <w:spacing w:after="60"/>
        <w:ind w:left="432" w:hanging="259"/>
      </w:pPr>
      <w:r>
        <w:t>• LESIONES PERSONALES, MUERTE, DAÑOS A LA PROPIEDAD U OTRO PERJUICIO, SALVO EN LA MEDIDA EN QUE HAYAN SIDO CAUSADOS DIRECTAMENTE POR LA PROPIA NEGLIGENCIA GRAVE, CONDUCTA DOLOSA U OTRA RESPONSABILIDAD DE YIRO</w:t>
      </w:r>
      <w:r>
        <w:t xml:space="preserve"> QUE NO PUEDA SER EXCLUIDA CONFORME A LA LEY APLICABLE.</w:t>
      </w:r>
    </w:p>
    <w:p w:rsidR="00292A6A" w:rsidRDefault="00B22B9E">
      <w:pPr>
        <w:spacing w:after="120"/>
      </w:pPr>
      <w:r>
        <w:t>EN LA MÁXIMA MEDIDA PERMITIDA POR LA LEY, LA RESPONSABILIDAD TOTAL ACUMULADA DE YIRO POR CUALQUIER RECLAMACIÓN QUE SURJA DE O SE RELACIONE CON ESTOS TÉRMINOS O LA PLATAFORMA NO EXCEDERÁ DEL MAYOR DE L</w:t>
      </w:r>
      <w:r>
        <w:t>OS SIGUIENTES MONTOS:</w:t>
      </w:r>
    </w:p>
    <w:p w:rsidR="00292A6A" w:rsidRDefault="00B22B9E">
      <w:pPr>
        <w:spacing w:after="60"/>
        <w:ind w:left="432" w:hanging="259"/>
      </w:pPr>
      <w:r>
        <w:t>• el monto total pagado por usted a YIRO a través de la Plataforma durante los tres (3) meses inmediatamente anteriores al hecho que dio origen a la reclamación; o</w:t>
      </w:r>
    </w:p>
    <w:p w:rsidR="00292A6A" w:rsidRDefault="00B22B9E">
      <w:pPr>
        <w:spacing w:after="60"/>
        <w:ind w:left="432" w:hanging="259"/>
      </w:pPr>
      <w:r>
        <w:t>• cien dólares estadounidenses ($100.00).</w:t>
      </w:r>
    </w:p>
    <w:p w:rsidR="00292A6A" w:rsidRDefault="00B22B9E">
      <w:pPr>
        <w:spacing w:after="120"/>
      </w:pPr>
      <w:r>
        <w:t>ALGUNAS JURISDICCIONES NO PE</w:t>
      </w:r>
      <w:r>
        <w:t>RMITEN CIERTAS LIMITACIONES DE RESPONSABILIDAD, POR LO QUE ALGUNAS DE LAS LIMITACIONES ANTERIORES PODRÍAN NO APLICARLE.</w:t>
      </w:r>
    </w:p>
    <w:p w:rsidR="00292A6A" w:rsidRDefault="00B22B9E">
      <w:pPr>
        <w:pStyle w:val="HeadingLegal"/>
        <w:keepNext/>
        <w:spacing w:before="180" w:after="80"/>
      </w:pPr>
      <w:r>
        <w:t>26. INDEMNIZACIÓN</w:t>
      </w:r>
    </w:p>
    <w:p w:rsidR="00292A6A" w:rsidRDefault="00B22B9E">
      <w:pPr>
        <w:spacing w:after="120"/>
      </w:pPr>
      <w:r>
        <w:t>Usted acepta defender, indemnizar y mantener indemne a YIRO y a sus afiliadas, miembros, gerentes, funcionarios, direc</w:t>
      </w:r>
      <w:r>
        <w:t>tores, empleados, agentes, sucesores, cesionarios y proveedores de servicios frente a cualquier reclamación, demanda, pérdida, daño, responsabilidad, sentencia, multa, sanción, costo y gasto, incluyendo honorarios razonables de abogados, que surjan de o se</w:t>
      </w:r>
      <w:r>
        <w:t xml:space="preserve"> relacionen con:</w:t>
      </w:r>
    </w:p>
    <w:p w:rsidR="00292A6A" w:rsidRDefault="00B22B9E">
      <w:pPr>
        <w:spacing w:after="60"/>
        <w:ind w:left="432" w:hanging="259"/>
      </w:pPr>
      <w:r>
        <w:t>• su violación de estos Términos;</w:t>
      </w:r>
    </w:p>
    <w:p w:rsidR="00292A6A" w:rsidRDefault="00B22B9E">
      <w:pPr>
        <w:spacing w:after="60"/>
        <w:ind w:left="432" w:hanging="259"/>
      </w:pPr>
      <w:r>
        <w:t>• su uso indebido de la Plataforma;</w:t>
      </w:r>
    </w:p>
    <w:p w:rsidR="00292A6A" w:rsidRDefault="00B22B9E">
      <w:pPr>
        <w:spacing w:after="60"/>
        <w:ind w:left="432" w:hanging="259"/>
      </w:pPr>
      <w:r>
        <w:t>• su violación de cualquier ley o de los derechos de otra persona;</w:t>
      </w:r>
    </w:p>
    <w:p w:rsidR="00292A6A" w:rsidRDefault="00B22B9E">
      <w:pPr>
        <w:spacing w:after="60"/>
        <w:ind w:left="432" w:hanging="259"/>
      </w:pPr>
      <w:r>
        <w:t>• su conducta durante un viaje;</w:t>
      </w:r>
    </w:p>
    <w:p w:rsidR="00292A6A" w:rsidRDefault="00B22B9E">
      <w:pPr>
        <w:spacing w:after="60"/>
        <w:ind w:left="432" w:hanging="259"/>
      </w:pPr>
      <w:r>
        <w:t xml:space="preserve">• cualquier daño que usted cause a un vehículo, persona o </w:t>
      </w:r>
      <w:r>
        <w:t>propiedad; o</w:t>
      </w:r>
    </w:p>
    <w:p w:rsidR="00292A6A" w:rsidRDefault="00B22B9E">
      <w:pPr>
        <w:spacing w:after="60"/>
        <w:ind w:left="432" w:hanging="259"/>
      </w:pPr>
      <w:r>
        <w:t>• cualquier información falsa, engañosa o fraudulenta que usted proporcione.</w:t>
      </w:r>
    </w:p>
    <w:p w:rsidR="00292A6A" w:rsidRDefault="00B22B9E">
      <w:pPr>
        <w:pStyle w:val="HeadingLegal"/>
        <w:keepNext/>
        <w:spacing w:before="180" w:after="80"/>
      </w:pPr>
      <w:r>
        <w:t>27. RESOLUCIÓN DE DISPUTAS</w:t>
      </w:r>
    </w:p>
    <w:p w:rsidR="00292A6A" w:rsidRDefault="00B22B9E">
      <w:pPr>
        <w:spacing w:after="120"/>
      </w:pPr>
      <w:r>
        <w:t>Cualquier disputa, reclamación o controversia que surja de o se relacione con estos Términos, la Plataforma o los servicios solicitados a t</w:t>
      </w:r>
      <w:r>
        <w:t>ravés de YIRO deberá presentarse primero a YIRO por escrito, otorgando una oportunidad razonable para una resolución informal.</w:t>
      </w:r>
    </w:p>
    <w:p w:rsidR="00292A6A" w:rsidRDefault="00B22B9E">
      <w:pPr>
        <w:spacing w:after="120"/>
      </w:pPr>
      <w:r>
        <w:t>Si la disputa no se resuelve de manera informal, la disputa se resolverá mediante arbitraje vinculante de forma individual, salvo</w:t>
      </w:r>
      <w:r>
        <w:t xml:space="preserve"> donde la ley lo prohíba.</w:t>
      </w:r>
    </w:p>
    <w:p w:rsidR="00292A6A" w:rsidRDefault="00B22B9E">
      <w:pPr>
        <w:spacing w:after="120"/>
      </w:pPr>
      <w:r>
        <w:t>Usted acepta que, en la máxima medida permitida por la ley:</w:t>
      </w:r>
    </w:p>
    <w:p w:rsidR="00292A6A" w:rsidRDefault="00B22B9E">
      <w:pPr>
        <w:spacing w:after="60"/>
        <w:ind w:left="432" w:hanging="259"/>
      </w:pPr>
      <w:r>
        <w:t>• las disputas se presentarán únicamente a título individual y no como demandante ni miembro de una clase en ningún procedimiento colectivo o representativo supuesto;</w:t>
      </w:r>
    </w:p>
    <w:p w:rsidR="00292A6A" w:rsidRDefault="00B22B9E">
      <w:pPr>
        <w:spacing w:after="60"/>
        <w:ind w:left="432" w:hanging="259"/>
      </w:pPr>
      <w:r>
        <w:t>• s</w:t>
      </w:r>
      <w:r>
        <w:t>e renuncia a acciones colectivas y representativas; y</w:t>
      </w:r>
    </w:p>
    <w:p w:rsidR="00292A6A" w:rsidRDefault="00B22B9E">
      <w:pPr>
        <w:spacing w:after="60"/>
        <w:ind w:left="432" w:hanging="259"/>
      </w:pPr>
      <w:r>
        <w:t>• cualquier arbitraje o procedimiento judicial se limitará a la disputa entre usted y YIRO de manera individual.</w:t>
      </w:r>
    </w:p>
    <w:p w:rsidR="00292A6A" w:rsidRDefault="00B22B9E">
      <w:pPr>
        <w:pStyle w:val="HeadingLegal"/>
        <w:keepNext/>
        <w:spacing w:before="180" w:after="80"/>
      </w:pPr>
      <w:r>
        <w:lastRenderedPageBreak/>
        <w:t>28. LEY APLICABLE Y JURISDICCIÓN</w:t>
      </w:r>
    </w:p>
    <w:p w:rsidR="00292A6A" w:rsidRDefault="00B22B9E">
      <w:pPr>
        <w:spacing w:after="120"/>
      </w:pPr>
      <w:r>
        <w:t>Estos Términos se regirán por las leyes del Estado de Fl</w:t>
      </w:r>
      <w:r>
        <w:t>orida, sin consideración a sus principios sobre conflicto de leyes, salvo en la medida en que la ley federal prevalezca sobre la ley de Florida.</w:t>
      </w:r>
    </w:p>
    <w:p w:rsidR="00292A6A" w:rsidRDefault="00B22B9E">
      <w:pPr>
        <w:spacing w:after="120"/>
      </w:pPr>
      <w:r>
        <w:t xml:space="preserve">Sujeto a las disposiciones de resolución de disputas anteriores, cualquier acción que no deba ser </w:t>
      </w:r>
      <w:r>
        <w:t>sometida a arbitraje se presentará exclusivamente ante los tribunales estatales o federales ubicados en el condado de Miami-Dade, Florida, y usted acepta la jurisdicción personal de dichos tribunales.</w:t>
      </w:r>
    </w:p>
    <w:p w:rsidR="00292A6A" w:rsidRDefault="00B22B9E">
      <w:pPr>
        <w:pStyle w:val="HeadingLegal"/>
        <w:keepNext/>
        <w:spacing w:before="180" w:after="80"/>
      </w:pPr>
      <w:r>
        <w:t>29. CAMBIOS A LOS TÉRMINOS</w:t>
      </w:r>
    </w:p>
    <w:p w:rsidR="00292A6A" w:rsidRDefault="00B22B9E">
      <w:pPr>
        <w:spacing w:after="120"/>
      </w:pPr>
      <w:r>
        <w:t>YIRO podrá modificar estos T</w:t>
      </w:r>
      <w:r>
        <w:t>érminos ocasionalmente. Si realizamos cambios materiales, podremos notificarlo a través de la Plataforma, por correo electrónico, por mensaje de texto o por cualquier otro medio razonable.</w:t>
      </w:r>
    </w:p>
    <w:p w:rsidR="00292A6A" w:rsidRDefault="00B22B9E">
      <w:pPr>
        <w:spacing w:after="120"/>
      </w:pPr>
      <w:r>
        <w:t>Su uso continuado de la Plataforma después de la fecha de entrada e</w:t>
      </w:r>
      <w:r>
        <w:t>n vigor de los Términos actualizados constituirá su aceptación de los Términos revisados.</w:t>
      </w:r>
    </w:p>
    <w:p w:rsidR="00292A6A" w:rsidRDefault="00B22B9E">
      <w:pPr>
        <w:spacing w:after="120"/>
      </w:pPr>
      <w:r>
        <w:t>Si no está de acuerdo con los Términos revisados, deberá dejar de utilizar la Plataforma.</w:t>
      </w:r>
    </w:p>
    <w:p w:rsidR="00292A6A" w:rsidRDefault="00B22B9E">
      <w:pPr>
        <w:pStyle w:val="HeadingLegal"/>
        <w:keepNext/>
        <w:spacing w:before="180" w:after="80"/>
      </w:pPr>
      <w:r>
        <w:t>30. DISPOSICIONES GENERALES</w:t>
      </w:r>
    </w:p>
    <w:p w:rsidR="00292A6A" w:rsidRDefault="00B22B9E">
      <w:pPr>
        <w:spacing w:after="120"/>
      </w:pPr>
      <w:r>
        <w:t>Estos Términos constituyen el acuerdo completo e</w:t>
      </w:r>
      <w:r>
        <w:t>ntre usted y YIRO con respecto a su uso de la Plataforma como usuario, salvo cualquier término adicional expresamente incorporado por referencia.</w:t>
      </w:r>
    </w:p>
    <w:p w:rsidR="00292A6A" w:rsidRDefault="00B22B9E">
      <w:pPr>
        <w:spacing w:after="120"/>
      </w:pPr>
      <w:r>
        <w:t>Si alguna disposición de estos Términos se considera ilícita, inválida o inaplicable, dicha disposición se sep</w:t>
      </w:r>
      <w:r>
        <w:t>arará y las restantes continuarán en pleno vigor y efecto.</w:t>
      </w:r>
    </w:p>
    <w:p w:rsidR="00292A6A" w:rsidRDefault="00B22B9E">
      <w:pPr>
        <w:spacing w:after="120"/>
      </w:pPr>
      <w:r>
        <w:t>El hecho de que YIRO no haga valer alguna disposición de estos Términos no constituirá una renuncia a dicha disposición.</w:t>
      </w:r>
    </w:p>
    <w:p w:rsidR="00292A6A" w:rsidRDefault="00B22B9E">
      <w:pPr>
        <w:spacing w:after="120"/>
      </w:pPr>
      <w:r>
        <w:t>Usted no podrá ceder ni transferir estos Términos sin el consentimiento prev</w:t>
      </w:r>
      <w:r>
        <w:t>io por escrito de YIRO. YIRO podrá ceder estos Términos sin restricción en relación con una fusión, adquisición, reestructuración o venta de activos.</w:t>
      </w:r>
    </w:p>
    <w:p w:rsidR="00292A6A" w:rsidRDefault="00B22B9E">
      <w:pPr>
        <w:pStyle w:val="HeadingLegal"/>
        <w:keepNext/>
        <w:spacing w:before="180" w:after="80"/>
      </w:pPr>
      <w:r>
        <w:t>31. INFORMACIÓN DE CONTACTO</w:t>
      </w:r>
    </w:p>
    <w:p w:rsidR="00292A6A" w:rsidRDefault="00B22B9E">
      <w:pPr>
        <w:spacing w:after="120"/>
      </w:pPr>
      <w:r>
        <w:t>MOBIIBY LLC d/b/a YIRO</w:t>
      </w:r>
    </w:p>
    <w:p w:rsidR="00292A6A" w:rsidRDefault="00B22B9E">
      <w:pPr>
        <w:spacing w:after="120"/>
      </w:pPr>
      <w:r>
        <w:t>Correo electrónico: info@yiro.app</w:t>
      </w:r>
    </w:p>
    <w:p w:rsidR="00292A6A" w:rsidRDefault="00B22B9E">
      <w:pPr>
        <w:spacing w:before="200"/>
      </w:pPr>
      <w:r>
        <w:t>Al utilizar la Plataf</w:t>
      </w:r>
      <w:r>
        <w:t>orma YIRO, usted reconoce que ha leído, entendido y aceptado estos Términos de Servicio para Usuarios.</w:t>
      </w:r>
    </w:p>
    <w:sectPr w:rsidR="00292A6A" w:rsidSect="00034616">
      <w:pgSz w:w="12240" w:h="15840"/>
      <w:pgMar w:top="1152"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2A6A"/>
    <w:rsid w:val="0029639D"/>
    <w:rsid w:val="00326F90"/>
    <w:rsid w:val="00AA1D8D"/>
    <w:rsid w:val="00B22B9E"/>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E4F1E55-E36B-8B4A-83BF-973EC0C7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Legal">
    <w:name w:val="TitleLegal"/>
    <w:rPr>
      <w:rFonts w:ascii="Times New Roman" w:eastAsia="Times New Roman" w:hAnsi="Times New Roman"/>
      <w:b/>
      <w:sz w:val="32"/>
    </w:rPr>
  </w:style>
  <w:style w:type="paragraph" w:customStyle="1" w:styleId="MetaLegal">
    <w:name w:val="MetaLegal"/>
    <w:rPr>
      <w:rFonts w:ascii="Times New Roman" w:eastAsia="Times New Roman" w:hAnsi="Times New Roman"/>
      <w:sz w:val="21"/>
    </w:rPr>
  </w:style>
  <w:style w:type="paragraph" w:customStyle="1" w:styleId="HeadingLegal">
    <w:name w:val="HeadingLegal"/>
    <w:rPr>
      <w:rFonts w:ascii="Times New Roman" w:eastAsia="Times New Roman" w:hAnsi="Times New Roman"/>
      <w:b/>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E6656-E80D-B046-9890-34A54CF35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3359</Words>
  <Characters>19147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2026-03-31T15:23:00Z</dcterms:created>
  <dcterms:modified xsi:type="dcterms:W3CDTF">2026-03-31T15:23:00Z</dcterms:modified>
  <cp:category/>
</cp:coreProperties>
</file>