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D3A3F" w:rsidRDefault="00ED3F40">
      <w:pPr>
        <w:pStyle w:val="TitleLegal"/>
        <w:jc w:val="center"/>
      </w:pPr>
      <w:bookmarkStart w:id="0" w:name="_GoBack"/>
      <w:bookmarkEnd w:id="0"/>
      <w:r>
        <w:t>YIRO RIDER TERMS OF SERVICE</w:t>
      </w:r>
    </w:p>
    <w:p w:rsidR="009D3A3F" w:rsidRDefault="00ED3F40">
      <w:pPr>
        <w:pStyle w:val="MetaLegal"/>
        <w:jc w:val="center"/>
      </w:pPr>
      <w:r>
        <w:rPr>
          <w:b/>
        </w:rPr>
        <w:t xml:space="preserve">Effective Date: </w:t>
      </w:r>
      <w:r>
        <w:t>March 20, 2026</w:t>
      </w:r>
      <w:r>
        <w:rPr>
          <w:b/>
        </w:rPr>
        <w:br/>
        <w:t xml:space="preserve">Company: </w:t>
      </w:r>
      <w:r>
        <w:t>MOBIIBY LLC d/b/a YIRO, a Florida transportation network company platform (“YIRO,” “we,” “us,” or “our”)</w:t>
      </w:r>
    </w:p>
    <w:p w:rsidR="009D3A3F" w:rsidRDefault="00ED3F40">
      <w:pPr>
        <w:spacing w:after="160"/>
      </w:pPr>
      <w:r>
        <w:t xml:space="preserve">These Rider Terms of Service (“Terms”) govern your access to and use of the </w:t>
      </w:r>
      <w:r>
        <w:t xml:space="preserve">YIRO mobile application, website, software, platform, and related services (collectively, the “Platform”) for requesting, arranging, and paying for transportation services provided by independent third-party drivers using the YIRO Platform in the State of </w:t>
      </w:r>
      <w:r>
        <w:t>Florida.</w:t>
      </w:r>
    </w:p>
    <w:p w:rsidR="009D3A3F" w:rsidRDefault="00ED3F40">
      <w:pPr>
        <w:spacing w:after="160"/>
      </w:pPr>
      <w:r>
        <w:t>By creating an account, accessing the Platform, or requesting transportation services through YIRO, you agree to be bound by these Terms.</w:t>
      </w:r>
    </w:p>
    <w:p w:rsidR="009D3A3F" w:rsidRDefault="00ED3F40">
      <w:pPr>
        <w:spacing w:after="160"/>
      </w:pPr>
      <w:r>
        <w:t>If you do not agree to these Terms, do not use the Platform.</w:t>
      </w:r>
    </w:p>
    <w:p w:rsidR="009D3A3F" w:rsidRDefault="00ED3F40">
      <w:pPr>
        <w:pStyle w:val="HeadingLegal"/>
        <w:keepNext/>
        <w:spacing w:before="180" w:after="80"/>
      </w:pPr>
      <w:r>
        <w:t>1. NATURE OF THE SERVICE</w:t>
      </w:r>
    </w:p>
    <w:p w:rsidR="009D3A3F" w:rsidRDefault="00ED3F40">
      <w:pPr>
        <w:spacing w:after="120"/>
      </w:pPr>
      <w:r>
        <w:t>YIRO is a technology pl</w:t>
      </w:r>
      <w:r>
        <w:t>atform that enables users to connect with independent third-party drivers for prearranged transportation services in the State of Florida.</w:t>
      </w:r>
    </w:p>
    <w:p w:rsidR="009D3A3F" w:rsidRDefault="00ED3F40">
      <w:pPr>
        <w:spacing w:after="120"/>
      </w:pPr>
      <w:r>
        <w:t xml:space="preserve">YIRO does not provide transportation services itself and is not a common carrier, taxicab company, motor carrier, or </w:t>
      </w:r>
      <w:r>
        <w:t>transportation provider. Transportation services requested through the Platform are provided by independent third-party drivers, not by YIRO.</w:t>
      </w:r>
    </w:p>
    <w:p w:rsidR="009D3A3F" w:rsidRDefault="00ED3F40">
      <w:pPr>
        <w:spacing w:after="120"/>
      </w:pPr>
      <w:r>
        <w:t>YIRO does not own, operate, maintain, or control the vehicles used by drivers, except as expressly stated in separ</w:t>
      </w:r>
      <w:r>
        <w:t>ate written agreements if applicable.</w:t>
      </w:r>
    </w:p>
    <w:p w:rsidR="009D3A3F" w:rsidRDefault="00ED3F40">
      <w:pPr>
        <w:pStyle w:val="HeadingLegal"/>
        <w:keepNext/>
        <w:spacing w:before="180" w:after="80"/>
      </w:pPr>
      <w:r>
        <w:t>2. ELIGIBILITY</w:t>
      </w:r>
    </w:p>
    <w:p w:rsidR="009D3A3F" w:rsidRDefault="00ED3F40">
      <w:pPr>
        <w:spacing w:after="120"/>
      </w:pPr>
      <w:r>
        <w:t>You may use the Platform only if:</w:t>
      </w:r>
    </w:p>
    <w:p w:rsidR="009D3A3F" w:rsidRDefault="00ED3F40">
      <w:pPr>
        <w:spacing w:after="60"/>
        <w:ind w:left="432" w:hanging="259"/>
      </w:pPr>
      <w:r>
        <w:t>• you are at least 18 years old;</w:t>
      </w:r>
    </w:p>
    <w:p w:rsidR="009D3A3F" w:rsidRDefault="00ED3F40">
      <w:pPr>
        <w:spacing w:after="60"/>
        <w:ind w:left="432" w:hanging="259"/>
      </w:pPr>
      <w:r>
        <w:t>• you are legally capable of entering into a binding contract;</w:t>
      </w:r>
    </w:p>
    <w:p w:rsidR="009D3A3F" w:rsidRDefault="00ED3F40">
      <w:pPr>
        <w:spacing w:after="60"/>
        <w:ind w:left="432" w:hanging="259"/>
      </w:pPr>
      <w:r>
        <w:t>• you create and maintain a valid user account; and</w:t>
      </w:r>
    </w:p>
    <w:p w:rsidR="009D3A3F" w:rsidRDefault="00ED3F40">
      <w:pPr>
        <w:spacing w:after="60"/>
        <w:ind w:left="432" w:hanging="259"/>
      </w:pPr>
      <w:r>
        <w:t>• your use of the Pla</w:t>
      </w:r>
      <w:r>
        <w:t>tform complies with these Terms and all applicable laws.</w:t>
      </w:r>
    </w:p>
    <w:p w:rsidR="009D3A3F" w:rsidRDefault="00ED3F40">
      <w:pPr>
        <w:spacing w:after="120"/>
      </w:pPr>
      <w:r>
        <w:t>You may not allow another person to use your account unless expressly permitted by YIRO in writing.</w:t>
      </w:r>
    </w:p>
    <w:p w:rsidR="009D3A3F" w:rsidRDefault="00ED3F40">
      <w:pPr>
        <w:pStyle w:val="HeadingLegal"/>
        <w:keepNext/>
        <w:spacing w:before="180" w:after="80"/>
      </w:pPr>
      <w:r>
        <w:t>3. USER ACCOUNT</w:t>
      </w:r>
    </w:p>
    <w:p w:rsidR="009D3A3F" w:rsidRDefault="00ED3F40">
      <w:pPr>
        <w:spacing w:after="120"/>
      </w:pPr>
      <w:r>
        <w:t>To use the Platform, you may be required to create an account and provide certain i</w:t>
      </w:r>
      <w:r>
        <w:t>nformation, including your name, phone number, email address, payment information, and other identifying details.</w:t>
      </w:r>
    </w:p>
    <w:p w:rsidR="009D3A3F" w:rsidRDefault="00ED3F40">
      <w:pPr>
        <w:spacing w:after="120"/>
      </w:pPr>
      <w:r>
        <w:t>You agree that:</w:t>
      </w:r>
    </w:p>
    <w:p w:rsidR="009D3A3F" w:rsidRDefault="00ED3F40">
      <w:pPr>
        <w:spacing w:after="60"/>
        <w:ind w:left="432" w:hanging="259"/>
      </w:pPr>
      <w:r>
        <w:t>• all information you provide will be true, current, complete, and accurate;</w:t>
      </w:r>
    </w:p>
    <w:p w:rsidR="009D3A3F" w:rsidRDefault="00ED3F40">
      <w:pPr>
        <w:spacing w:after="60"/>
        <w:ind w:left="432" w:hanging="259"/>
      </w:pPr>
      <w:r>
        <w:t>• you will maintain and promptly update your acco</w:t>
      </w:r>
      <w:r>
        <w:t>unt information;</w:t>
      </w:r>
    </w:p>
    <w:p w:rsidR="009D3A3F" w:rsidRDefault="00ED3F40">
      <w:pPr>
        <w:spacing w:after="60"/>
        <w:ind w:left="432" w:hanging="259"/>
      </w:pPr>
      <w:r>
        <w:t>• you are responsible for maintaining the confidentiality of your login credentials;</w:t>
      </w:r>
    </w:p>
    <w:p w:rsidR="009D3A3F" w:rsidRDefault="00ED3F40">
      <w:pPr>
        <w:spacing w:after="60"/>
        <w:ind w:left="432" w:hanging="259"/>
      </w:pPr>
      <w:r>
        <w:t>• you are responsible for all activity that occurs under your account; and</w:t>
      </w:r>
    </w:p>
    <w:p w:rsidR="009D3A3F" w:rsidRDefault="00ED3F40">
      <w:pPr>
        <w:spacing w:after="60"/>
        <w:ind w:left="432" w:hanging="259"/>
      </w:pPr>
      <w:r>
        <w:t>• you will immediately notify YIRO of any unauthorized access or suspected secu</w:t>
      </w:r>
      <w:r>
        <w:t>rity breach involving your account.</w:t>
      </w:r>
    </w:p>
    <w:p w:rsidR="009D3A3F" w:rsidRDefault="00ED3F40">
      <w:pPr>
        <w:spacing w:after="120"/>
      </w:pPr>
      <w:r>
        <w:lastRenderedPageBreak/>
        <w:t>YIRO may suspend, restrict, or terminate your account at any time if we believe your account information is inaccurate, your account has been misused, or your use of the Platform presents safety, legal, fraud, or operati</w:t>
      </w:r>
      <w:r>
        <w:t>onal concerns.</w:t>
      </w:r>
    </w:p>
    <w:p w:rsidR="009D3A3F" w:rsidRDefault="00ED3F40">
      <w:pPr>
        <w:pStyle w:val="HeadingLegal"/>
        <w:keepNext/>
        <w:spacing w:before="180" w:after="80"/>
      </w:pPr>
      <w:r>
        <w:t>4. PREARRANGED RIDES ONLY</w:t>
      </w:r>
    </w:p>
    <w:p w:rsidR="009D3A3F" w:rsidRDefault="00ED3F40">
      <w:pPr>
        <w:spacing w:after="120"/>
      </w:pPr>
      <w:r>
        <w:t>YIRO is a platform for prearranged transportation services only in the State of Florida. The Platform may not be used to solicit or accept unauthorized street hails.</w:t>
      </w:r>
    </w:p>
    <w:p w:rsidR="009D3A3F" w:rsidRDefault="00ED3F40">
      <w:pPr>
        <w:spacing w:after="120"/>
      </w:pPr>
      <w:r>
        <w:t xml:space="preserve">You acknowledge that rides are requested </w:t>
      </w:r>
      <w:r>
        <w:t>digitally through the Platform and are accepted by independent third-party drivers through the YIRO network.</w:t>
      </w:r>
    </w:p>
    <w:p w:rsidR="009D3A3F" w:rsidRDefault="00ED3F40">
      <w:pPr>
        <w:pStyle w:val="HeadingLegal"/>
        <w:keepNext/>
        <w:spacing w:before="180" w:after="80"/>
      </w:pPr>
      <w:r>
        <w:t>5. DRIVER INFORMATION BEFORE PICKUP</w:t>
      </w:r>
    </w:p>
    <w:p w:rsidR="009D3A3F" w:rsidRDefault="00ED3F40">
      <w:pPr>
        <w:spacing w:after="120"/>
      </w:pPr>
      <w:r>
        <w:t>Before the start of a ride, the Platform will provide available identifying information regarding the driver an</w:t>
      </w:r>
      <w:r>
        <w:t>d vehicle assigned to your ride request, which may include the driver’s first name, photograph, vehicle make and model, and license plate number, as applicable.</w:t>
      </w:r>
    </w:p>
    <w:p w:rsidR="009D3A3F" w:rsidRDefault="00ED3F40">
      <w:pPr>
        <w:spacing w:after="120"/>
      </w:pPr>
      <w:r>
        <w:t xml:space="preserve">It is your responsibility to verify that the vehicle and driver match the information shown in </w:t>
      </w:r>
      <w:r>
        <w:t>the Platform before entering the vehicle.</w:t>
      </w:r>
    </w:p>
    <w:p w:rsidR="009D3A3F" w:rsidRDefault="00ED3F40">
      <w:pPr>
        <w:pStyle w:val="HeadingLegal"/>
        <w:keepNext/>
        <w:spacing w:before="180" w:after="80"/>
      </w:pPr>
      <w:r>
        <w:t>6. NO GUARANTEE OF AVAILABILITY</w:t>
      </w:r>
    </w:p>
    <w:p w:rsidR="009D3A3F" w:rsidRDefault="00ED3F40">
      <w:pPr>
        <w:spacing w:after="120"/>
      </w:pPr>
      <w:r>
        <w:t>YIRO does not guarantee that a driver will be available at any particular time or location, or that transportation services will be uninterrupted, timely, safe, suitable, or error-fr</w:t>
      </w:r>
      <w:r>
        <w:t>ee.</w:t>
      </w:r>
    </w:p>
    <w:p w:rsidR="009D3A3F" w:rsidRDefault="00ED3F40">
      <w:pPr>
        <w:spacing w:after="120"/>
      </w:pPr>
      <w:r>
        <w:t>Driver availability may be affected by market demand, driver supply, weather, traffic, location, service hours, local access restrictions, safety concerns, technical issues, and other factors beyond YIRO’s control.</w:t>
      </w:r>
    </w:p>
    <w:p w:rsidR="009D3A3F" w:rsidRDefault="00ED3F40">
      <w:pPr>
        <w:pStyle w:val="HeadingLegal"/>
        <w:keepNext/>
        <w:spacing w:before="180" w:after="80"/>
      </w:pPr>
      <w:r>
        <w:t>7. FARES AND PRICING</w:t>
      </w:r>
    </w:p>
    <w:p w:rsidR="009D3A3F" w:rsidRDefault="00ED3F40">
      <w:pPr>
        <w:spacing w:after="120"/>
      </w:pPr>
      <w:r>
        <w:t>You understand a</w:t>
      </w:r>
      <w:r>
        <w:t>nd agree that pricing for transportation services requested through YIRO may include one or more of the following:</w:t>
      </w:r>
    </w:p>
    <w:p w:rsidR="009D3A3F" w:rsidRDefault="00ED3F40">
      <w:pPr>
        <w:spacing w:after="60"/>
        <w:ind w:left="432" w:hanging="259"/>
      </w:pPr>
      <w:r>
        <w:t>• base fare;</w:t>
      </w:r>
    </w:p>
    <w:p w:rsidR="009D3A3F" w:rsidRDefault="00ED3F40">
      <w:pPr>
        <w:spacing w:after="60"/>
        <w:ind w:left="432" w:hanging="259"/>
      </w:pPr>
      <w:r>
        <w:t>• mileage charges;</w:t>
      </w:r>
    </w:p>
    <w:p w:rsidR="009D3A3F" w:rsidRDefault="00ED3F40">
      <w:pPr>
        <w:spacing w:after="60"/>
        <w:ind w:left="432" w:hanging="259"/>
      </w:pPr>
      <w:r>
        <w:t>• time-based charges;</w:t>
      </w:r>
    </w:p>
    <w:p w:rsidR="009D3A3F" w:rsidRDefault="00ED3F40">
      <w:pPr>
        <w:spacing w:after="60"/>
        <w:ind w:left="432" w:hanging="259"/>
      </w:pPr>
      <w:r>
        <w:t>• minimum fare requirements;</w:t>
      </w:r>
    </w:p>
    <w:p w:rsidR="009D3A3F" w:rsidRDefault="00ED3F40">
      <w:pPr>
        <w:spacing w:after="60"/>
        <w:ind w:left="432" w:hanging="259"/>
      </w:pPr>
      <w:r>
        <w:t>• booking fees;</w:t>
      </w:r>
    </w:p>
    <w:p w:rsidR="009D3A3F" w:rsidRDefault="00ED3F40">
      <w:pPr>
        <w:spacing w:after="60"/>
        <w:ind w:left="432" w:hanging="259"/>
      </w:pPr>
      <w:r>
        <w:t>• service fees;</w:t>
      </w:r>
    </w:p>
    <w:p w:rsidR="009D3A3F" w:rsidRDefault="00ED3F40">
      <w:pPr>
        <w:spacing w:after="60"/>
        <w:ind w:left="432" w:hanging="259"/>
      </w:pPr>
      <w:r>
        <w:t>• airport or venue fees;</w:t>
      </w:r>
    </w:p>
    <w:p w:rsidR="009D3A3F" w:rsidRDefault="00ED3F40">
      <w:pPr>
        <w:spacing w:after="60"/>
        <w:ind w:left="432" w:hanging="259"/>
      </w:pPr>
      <w:r>
        <w:t>•</w:t>
      </w:r>
      <w:r>
        <w:t xml:space="preserve"> tolls;</w:t>
      </w:r>
    </w:p>
    <w:p w:rsidR="009D3A3F" w:rsidRDefault="00ED3F40">
      <w:pPr>
        <w:spacing w:after="60"/>
        <w:ind w:left="432" w:hanging="259"/>
      </w:pPr>
      <w:r>
        <w:t>• governmental charges;</w:t>
      </w:r>
    </w:p>
    <w:p w:rsidR="009D3A3F" w:rsidRDefault="00ED3F40">
      <w:pPr>
        <w:spacing w:after="60"/>
        <w:ind w:left="432" w:hanging="259"/>
      </w:pPr>
      <w:r>
        <w:t>• surge or dynamic pricing;</w:t>
      </w:r>
    </w:p>
    <w:p w:rsidR="009D3A3F" w:rsidRDefault="00ED3F40">
      <w:pPr>
        <w:spacing w:after="60"/>
        <w:ind w:left="432" w:hanging="259"/>
      </w:pPr>
      <w:r>
        <w:t>• wait-time fees;</w:t>
      </w:r>
    </w:p>
    <w:p w:rsidR="009D3A3F" w:rsidRDefault="00ED3F40">
      <w:pPr>
        <w:spacing w:after="60"/>
        <w:ind w:left="432" w:hanging="259"/>
      </w:pPr>
      <w:r>
        <w:t>• cancellation fees;</w:t>
      </w:r>
    </w:p>
    <w:p w:rsidR="009D3A3F" w:rsidRDefault="00ED3F40">
      <w:pPr>
        <w:spacing w:after="60"/>
        <w:ind w:left="432" w:hanging="259"/>
      </w:pPr>
      <w:r>
        <w:t>• no-show fees;</w:t>
      </w:r>
    </w:p>
    <w:p w:rsidR="009D3A3F" w:rsidRDefault="00ED3F40">
      <w:pPr>
        <w:spacing w:after="60"/>
        <w:ind w:left="432" w:hanging="259"/>
      </w:pPr>
      <w:r>
        <w:t>• cleaning or damage fees; and</w:t>
      </w:r>
    </w:p>
    <w:p w:rsidR="009D3A3F" w:rsidRDefault="00ED3F40">
      <w:pPr>
        <w:spacing w:after="60"/>
        <w:ind w:left="432" w:hanging="259"/>
      </w:pPr>
      <w:r>
        <w:t>• other charges disclosed through the Platform.</w:t>
      </w:r>
    </w:p>
    <w:p w:rsidR="009D3A3F" w:rsidRDefault="00ED3F40">
      <w:pPr>
        <w:spacing w:after="120"/>
      </w:pPr>
      <w:r>
        <w:lastRenderedPageBreak/>
        <w:t xml:space="preserve">Before you confirm a ride request, YIRO will provide </w:t>
      </w:r>
      <w:r>
        <w:t>either an estimated fare or the applicable pricing method through the Platform.</w:t>
      </w:r>
    </w:p>
    <w:p w:rsidR="009D3A3F" w:rsidRDefault="00ED3F40">
      <w:pPr>
        <w:spacing w:after="120"/>
      </w:pPr>
      <w:r>
        <w:t xml:space="preserve">You acknowledge that any fare estimate is only an estimate and that the final amount charged may differ based on actual trip duration, route, tolls, waiting time, </w:t>
      </w:r>
      <w:r>
        <w:t>surcharges, route changes, rider conduct, cleanup issues, or other factors permitted under these Terms.</w:t>
      </w:r>
    </w:p>
    <w:p w:rsidR="009D3A3F" w:rsidRDefault="00ED3F40">
      <w:pPr>
        <w:spacing w:after="120"/>
      </w:pPr>
      <w:r>
        <w:t>All amounts are due immediately upon completion of the ride or upon application of the relevant fee.</w:t>
      </w:r>
    </w:p>
    <w:p w:rsidR="009D3A3F" w:rsidRDefault="00ED3F40">
      <w:pPr>
        <w:pStyle w:val="HeadingLegal"/>
        <w:keepNext/>
        <w:spacing w:before="180" w:after="80"/>
      </w:pPr>
      <w:r>
        <w:t>8. PAYMENT AUTHORIZATION</w:t>
      </w:r>
    </w:p>
    <w:p w:rsidR="009D3A3F" w:rsidRDefault="00ED3F40">
      <w:pPr>
        <w:spacing w:after="120"/>
      </w:pPr>
      <w:r>
        <w:t>By adding a payment method</w:t>
      </w:r>
      <w:r>
        <w:t xml:space="preserve"> and using the Platform, you authorize YIRO and its payment processors to charge your selected payment method for all amounts due under these Terms, including transportation charges, fees, tolls, surcharges, cancellation charges, damage fees, and any other</w:t>
      </w:r>
      <w:r>
        <w:t xml:space="preserve"> amounts properly incurred through your use of the Platform.</w:t>
      </w:r>
    </w:p>
    <w:p w:rsidR="009D3A3F" w:rsidRDefault="00ED3F40">
      <w:pPr>
        <w:spacing w:after="120"/>
      </w:pPr>
      <w:r>
        <w:t>If your primary payment method is declined or unavailable, you authorize YIRO to charge any other payment method associated with your account.</w:t>
      </w:r>
    </w:p>
    <w:p w:rsidR="009D3A3F" w:rsidRDefault="00ED3F40">
      <w:pPr>
        <w:spacing w:after="120"/>
      </w:pPr>
      <w:r>
        <w:t>You represent and warrant that you are authorized to</w:t>
      </w:r>
      <w:r>
        <w:t xml:space="preserve"> use the payment method linked to your account.</w:t>
      </w:r>
    </w:p>
    <w:p w:rsidR="009D3A3F" w:rsidRDefault="00ED3F40">
      <w:pPr>
        <w:spacing w:after="120"/>
      </w:pPr>
      <w:r>
        <w:t>YIRO may use third-party payment processors to complete transactions. YIRO is not responsible for payment-processing interruptions, bank delays, card-network outages, or third-party payment failures.</w:t>
      </w:r>
    </w:p>
    <w:p w:rsidR="009D3A3F" w:rsidRDefault="00ED3F40">
      <w:pPr>
        <w:pStyle w:val="HeadingLegal"/>
        <w:keepNext/>
        <w:spacing w:before="180" w:after="80"/>
      </w:pPr>
      <w:r>
        <w:t>9. CANCE</w:t>
      </w:r>
      <w:r>
        <w:t>LLATIONS AND NO-SHOWS</w:t>
      </w:r>
    </w:p>
    <w:p w:rsidR="009D3A3F" w:rsidRDefault="00ED3F40">
      <w:pPr>
        <w:spacing w:after="120"/>
      </w:pPr>
      <w:r>
        <w:t>You may cancel a ride request, but cancellation fees may apply depending on the timing of the cancellation, the driver’s progress toward pickup, airport rules, event rules, wait time, or other factors disclosed in the Platform.</w:t>
      </w:r>
    </w:p>
    <w:p w:rsidR="009D3A3F" w:rsidRDefault="00ED3F40">
      <w:pPr>
        <w:spacing w:after="120"/>
      </w:pPr>
      <w:r>
        <w:t>If you</w:t>
      </w:r>
      <w:r>
        <w:t xml:space="preserve"> fail to appear at the designated pickup location within a reasonable time, the ride may be treated as a rider no-show, and a no-show fee may apply.</w:t>
      </w:r>
    </w:p>
    <w:p w:rsidR="009D3A3F" w:rsidRDefault="00ED3F40">
      <w:pPr>
        <w:spacing w:after="120"/>
      </w:pPr>
      <w:r>
        <w:t>YIRO reserves the right to determine whether a cancellation fee or no-show fee applies based on Platform da</w:t>
      </w:r>
      <w:r>
        <w:t>ta, driver reports, GPS data, timestamps, communications logs, and other reasonable evidence.</w:t>
      </w:r>
    </w:p>
    <w:p w:rsidR="009D3A3F" w:rsidRDefault="00ED3F40">
      <w:pPr>
        <w:pStyle w:val="HeadingLegal"/>
        <w:keepNext/>
        <w:spacing w:before="180" w:after="80"/>
      </w:pPr>
      <w:r>
        <w:t>10. WAIT TIME</w:t>
      </w:r>
    </w:p>
    <w:p w:rsidR="009D3A3F" w:rsidRDefault="00ED3F40">
      <w:pPr>
        <w:spacing w:after="120"/>
      </w:pPr>
      <w:r>
        <w:t>If a driver arrives at the designated pickup location and waits beyond any applicable grace period, additional wait-time charges may apply.</w:t>
      </w:r>
    </w:p>
    <w:p w:rsidR="009D3A3F" w:rsidRDefault="00ED3F40">
      <w:pPr>
        <w:spacing w:after="120"/>
      </w:pPr>
      <w:r>
        <w:t>Wait tim</w:t>
      </w:r>
      <w:r>
        <w:t>e may begin accruing according to the rules displayed in the Platform or communicated to you at the time of booking.</w:t>
      </w:r>
    </w:p>
    <w:p w:rsidR="009D3A3F" w:rsidRDefault="00ED3F40">
      <w:pPr>
        <w:pStyle w:val="HeadingLegal"/>
        <w:keepNext/>
        <w:spacing w:before="180" w:after="80"/>
      </w:pPr>
      <w:r>
        <w:t>11. CLEANING, DAMAGE, AND OTHER FEES</w:t>
      </w:r>
    </w:p>
    <w:p w:rsidR="009D3A3F" w:rsidRDefault="00ED3F40">
      <w:pPr>
        <w:spacing w:after="120"/>
      </w:pPr>
      <w:r>
        <w:t>You are responsible for the cost of repair, cleaning, replacement, or remediation for damage to a vehi</w:t>
      </w:r>
      <w:r>
        <w:t>cle or property caused by you or your guests during a ride, beyond ordinary wear and tear.</w:t>
      </w:r>
    </w:p>
    <w:p w:rsidR="009D3A3F" w:rsidRDefault="00ED3F40">
      <w:pPr>
        <w:spacing w:after="120"/>
      </w:pPr>
      <w:r>
        <w:t>This may include, without limitation:</w:t>
      </w:r>
    </w:p>
    <w:p w:rsidR="009D3A3F" w:rsidRDefault="00ED3F40">
      <w:pPr>
        <w:spacing w:after="60"/>
        <w:ind w:left="432" w:hanging="259"/>
      </w:pPr>
      <w:r>
        <w:t>• spills;</w:t>
      </w:r>
    </w:p>
    <w:p w:rsidR="009D3A3F" w:rsidRDefault="00ED3F40">
      <w:pPr>
        <w:spacing w:after="60"/>
        <w:ind w:left="432" w:hanging="259"/>
      </w:pPr>
      <w:r>
        <w:t>• stains;</w:t>
      </w:r>
    </w:p>
    <w:p w:rsidR="009D3A3F" w:rsidRDefault="00ED3F40">
      <w:pPr>
        <w:spacing w:after="60"/>
        <w:ind w:left="432" w:hanging="259"/>
      </w:pPr>
      <w:r>
        <w:t>• smoke or odor remediation;</w:t>
      </w:r>
    </w:p>
    <w:p w:rsidR="009D3A3F" w:rsidRDefault="00ED3F40">
      <w:pPr>
        <w:spacing w:after="60"/>
        <w:ind w:left="432" w:hanging="259"/>
      </w:pPr>
      <w:r>
        <w:t>• vomiting or bodily-fluid cleanup;</w:t>
      </w:r>
    </w:p>
    <w:p w:rsidR="009D3A3F" w:rsidRDefault="00ED3F40">
      <w:pPr>
        <w:spacing w:after="60"/>
        <w:ind w:left="432" w:hanging="259"/>
      </w:pPr>
      <w:r>
        <w:t>• interior or exterior damage;</w:t>
      </w:r>
    </w:p>
    <w:p w:rsidR="009D3A3F" w:rsidRDefault="00ED3F40">
      <w:pPr>
        <w:spacing w:after="60"/>
        <w:ind w:left="432" w:hanging="259"/>
      </w:pPr>
      <w:r>
        <w:lastRenderedPageBreak/>
        <w:t>• damage ca</w:t>
      </w:r>
      <w:r>
        <w:t>used by pets not permitted by law;</w:t>
      </w:r>
    </w:p>
    <w:p w:rsidR="009D3A3F" w:rsidRDefault="00ED3F40">
      <w:pPr>
        <w:spacing w:after="60"/>
        <w:ind w:left="432" w:hanging="259"/>
      </w:pPr>
      <w:r>
        <w:t>• physical damage to vehicle components; and</w:t>
      </w:r>
    </w:p>
    <w:p w:rsidR="009D3A3F" w:rsidRDefault="00ED3F40">
      <w:pPr>
        <w:spacing w:after="60"/>
        <w:ind w:left="432" w:hanging="259"/>
      </w:pPr>
      <w:r>
        <w:t>• excessive mess requiring professional cleaning.</w:t>
      </w:r>
    </w:p>
    <w:p w:rsidR="009D3A3F" w:rsidRDefault="00ED3F40">
      <w:pPr>
        <w:spacing w:after="120"/>
      </w:pPr>
      <w:r>
        <w:t>You authorize YIRO to charge your payment method for reasonable cleaning, repair, or damage-related amounts supported by docum</w:t>
      </w:r>
      <w:r>
        <w:t>entation, driver reporting, photographs, receipts, invoices, estimates, or other evidence YIRO deems reliable.</w:t>
      </w:r>
    </w:p>
    <w:p w:rsidR="009D3A3F" w:rsidRDefault="00ED3F40">
      <w:pPr>
        <w:spacing w:after="120"/>
      </w:pPr>
      <w:r>
        <w:t>Unless a greater amount is required by law or supported by court order, the maximum cleaning or damage-related charge imposed through the Platfor</w:t>
      </w:r>
      <w:r>
        <w:t>m under this Section shall not exceed $500.00 per incident.</w:t>
      </w:r>
    </w:p>
    <w:p w:rsidR="009D3A3F" w:rsidRDefault="00ED3F40">
      <w:pPr>
        <w:pStyle w:val="HeadingLegal"/>
        <w:keepNext/>
        <w:spacing w:before="180" w:after="80"/>
      </w:pPr>
      <w:r>
        <w:t>12. RIDER CONDUCT</w:t>
      </w:r>
    </w:p>
    <w:p w:rsidR="009D3A3F" w:rsidRDefault="00ED3F40">
      <w:pPr>
        <w:spacing w:after="120"/>
      </w:pPr>
      <w:r>
        <w:t>You agree that you will use the Platform and transportation services in a lawful, respectful, and safe manner.</w:t>
      </w:r>
    </w:p>
    <w:p w:rsidR="009D3A3F" w:rsidRDefault="00ED3F40">
      <w:pPr>
        <w:spacing w:after="120"/>
      </w:pPr>
      <w:r>
        <w:t>You will not:</w:t>
      </w:r>
    </w:p>
    <w:p w:rsidR="009D3A3F" w:rsidRDefault="00ED3F40">
      <w:pPr>
        <w:spacing w:after="60"/>
        <w:ind w:left="432" w:hanging="259"/>
      </w:pPr>
      <w:r>
        <w:t xml:space="preserve">• threaten, harass, discriminate against, </w:t>
      </w:r>
      <w:r>
        <w:t>abuse, or assault any driver or other person;</w:t>
      </w:r>
    </w:p>
    <w:p w:rsidR="009D3A3F" w:rsidRDefault="00ED3F40">
      <w:pPr>
        <w:spacing w:after="60"/>
        <w:ind w:left="432" w:hanging="259"/>
      </w:pPr>
      <w:r>
        <w:t>• smoke, vape, or use illegal drugs in a driver’s vehicle unless expressly allowed by law and the driver;</w:t>
      </w:r>
    </w:p>
    <w:p w:rsidR="009D3A3F" w:rsidRDefault="00ED3F40">
      <w:pPr>
        <w:spacing w:after="60"/>
        <w:ind w:left="432" w:hanging="259"/>
      </w:pPr>
      <w:r>
        <w:t>• consume alcohol in a vehicle where prohibited by law;</w:t>
      </w:r>
    </w:p>
    <w:p w:rsidR="009D3A3F" w:rsidRDefault="00ED3F40">
      <w:pPr>
        <w:spacing w:after="60"/>
        <w:ind w:left="432" w:hanging="259"/>
      </w:pPr>
      <w:r>
        <w:t>• request or pressure a driver to violate traffi</w:t>
      </w:r>
      <w:r>
        <w:t>c laws or safety rules;</w:t>
      </w:r>
    </w:p>
    <w:p w:rsidR="009D3A3F" w:rsidRDefault="00ED3F40">
      <w:pPr>
        <w:spacing w:after="60"/>
        <w:ind w:left="432" w:hanging="259"/>
      </w:pPr>
      <w:r>
        <w:t>• bring dangerous materials, open containers, illegal substances, or prohibited items into the vehicle;</w:t>
      </w:r>
    </w:p>
    <w:p w:rsidR="009D3A3F" w:rsidRDefault="00ED3F40">
      <w:pPr>
        <w:spacing w:after="60"/>
        <w:ind w:left="432" w:hanging="259"/>
      </w:pPr>
      <w:r>
        <w:t>• damage the vehicle;</w:t>
      </w:r>
    </w:p>
    <w:p w:rsidR="009D3A3F" w:rsidRDefault="00ED3F40">
      <w:pPr>
        <w:spacing w:after="60"/>
        <w:ind w:left="432" w:hanging="259"/>
      </w:pPr>
      <w:r>
        <w:t>• distract the driver in a manner that compromises safety;</w:t>
      </w:r>
    </w:p>
    <w:p w:rsidR="009D3A3F" w:rsidRDefault="00ED3F40">
      <w:pPr>
        <w:spacing w:after="60"/>
        <w:ind w:left="432" w:hanging="259"/>
      </w:pPr>
      <w:r>
        <w:t xml:space="preserve">• misrepresent your identity, pickup location, </w:t>
      </w:r>
      <w:r>
        <w:t>destination, or payment status;</w:t>
      </w:r>
    </w:p>
    <w:p w:rsidR="009D3A3F" w:rsidRDefault="00ED3F40">
      <w:pPr>
        <w:spacing w:after="60"/>
        <w:ind w:left="432" w:hanging="259"/>
      </w:pPr>
      <w:r>
        <w:t>• use the Platform for unlawful purposes;</w:t>
      </w:r>
    </w:p>
    <w:p w:rsidR="009D3A3F" w:rsidRDefault="00ED3F40">
      <w:pPr>
        <w:spacing w:after="60"/>
        <w:ind w:left="432" w:hanging="259"/>
      </w:pPr>
      <w:r>
        <w:t>• attempt to arrange off-platform rides in violation of YIRO policies;</w:t>
      </w:r>
    </w:p>
    <w:p w:rsidR="009D3A3F" w:rsidRDefault="00ED3F40">
      <w:pPr>
        <w:spacing w:after="60"/>
        <w:ind w:left="432" w:hanging="259"/>
      </w:pPr>
      <w:r>
        <w:t>• interfere with the normal operation of the Platform; or</w:t>
      </w:r>
    </w:p>
    <w:p w:rsidR="009D3A3F" w:rsidRDefault="00ED3F40">
      <w:pPr>
        <w:spacing w:after="60"/>
        <w:ind w:left="432" w:hanging="259"/>
      </w:pPr>
      <w:r>
        <w:t xml:space="preserve">• engage in any conduct that YIRO determines creates </w:t>
      </w:r>
      <w:r>
        <w:t>a safety, legal, or reputational risk.</w:t>
      </w:r>
    </w:p>
    <w:p w:rsidR="009D3A3F" w:rsidRDefault="00ED3F40">
      <w:pPr>
        <w:spacing w:after="120"/>
      </w:pPr>
      <w:r>
        <w:t>YIRO may suspend or terminate your access to the Platform for any violation of this Section.</w:t>
      </w:r>
    </w:p>
    <w:p w:rsidR="009D3A3F" w:rsidRDefault="00ED3F40">
      <w:pPr>
        <w:pStyle w:val="HeadingLegal"/>
        <w:keepNext/>
        <w:spacing w:before="180" w:after="80"/>
      </w:pPr>
      <w:r>
        <w:t>13. BOOKINGS FOR THIRD PARTIES</w:t>
      </w:r>
    </w:p>
    <w:p w:rsidR="009D3A3F" w:rsidRDefault="00ED3F40">
      <w:pPr>
        <w:spacing w:after="120"/>
      </w:pPr>
      <w:r>
        <w:t>YIRO may permit you to request or arrange a ride for another adult third party through your a</w:t>
      </w:r>
      <w:r>
        <w:t>ccount.</w:t>
      </w:r>
    </w:p>
    <w:p w:rsidR="009D3A3F" w:rsidRDefault="00ED3F40">
      <w:pPr>
        <w:spacing w:after="120"/>
      </w:pPr>
      <w:r>
        <w:t>If you book a ride for a third party, you represent and warrant that:</w:t>
      </w:r>
    </w:p>
    <w:p w:rsidR="009D3A3F" w:rsidRDefault="00ED3F40">
      <w:pPr>
        <w:spacing w:after="60"/>
        <w:ind w:left="432" w:hanging="259"/>
      </w:pPr>
      <w:r>
        <w:t>• you are authorized to act on that person’s behalf for the booking;</w:t>
      </w:r>
    </w:p>
    <w:p w:rsidR="009D3A3F" w:rsidRDefault="00ED3F40">
      <w:pPr>
        <w:spacing w:after="60"/>
        <w:ind w:left="432" w:hanging="259"/>
      </w:pPr>
      <w:r>
        <w:t xml:space="preserve">• you have provided that person with all ride, driver, vehicle, and safety information necessary for the </w:t>
      </w:r>
      <w:r>
        <w:t>trip;</w:t>
      </w:r>
    </w:p>
    <w:p w:rsidR="009D3A3F" w:rsidRDefault="00ED3F40">
      <w:pPr>
        <w:spacing w:after="60"/>
        <w:ind w:left="432" w:hanging="259"/>
      </w:pPr>
      <w:r>
        <w:t>• you remain financially responsible for all charges associated with the ride unless the Platform expressly states otherwise; and</w:t>
      </w:r>
    </w:p>
    <w:p w:rsidR="009D3A3F" w:rsidRDefault="00ED3F40">
      <w:pPr>
        <w:spacing w:after="60"/>
        <w:ind w:left="432" w:hanging="259"/>
      </w:pPr>
      <w:r>
        <w:t>• the third party will comply with these Terms as if they were the account holder.</w:t>
      </w:r>
    </w:p>
    <w:p w:rsidR="009D3A3F" w:rsidRDefault="00ED3F40">
      <w:pPr>
        <w:spacing w:after="120"/>
      </w:pPr>
      <w:r>
        <w:t xml:space="preserve">YIRO may limit or refuse third-party </w:t>
      </w:r>
      <w:r>
        <w:t>bookings at its discretion for safety, fraud, operational, or compliance reasons.</w:t>
      </w:r>
    </w:p>
    <w:p w:rsidR="009D3A3F" w:rsidRDefault="00ED3F40">
      <w:pPr>
        <w:pStyle w:val="HeadingLegal"/>
        <w:keepNext/>
        <w:spacing w:before="180" w:after="80"/>
      </w:pPr>
      <w:r>
        <w:t>14. NONDISCRIMINATION AND ACCESSIBILITY</w:t>
      </w:r>
    </w:p>
    <w:p w:rsidR="009D3A3F" w:rsidRDefault="00ED3F40">
      <w:pPr>
        <w:spacing w:after="120"/>
      </w:pPr>
      <w:r>
        <w:t xml:space="preserve">YIRO prohibits discrimination on the basis of race, color, ethnicity, national origin, religion, sex, gender, gender identity, sexual </w:t>
      </w:r>
      <w:r>
        <w:t>orientation, disability, medical condition, marital status, age, or any other classification protected by applicable law.</w:t>
      </w:r>
    </w:p>
    <w:p w:rsidR="009D3A3F" w:rsidRDefault="00ED3F40">
      <w:pPr>
        <w:spacing w:after="120"/>
      </w:pPr>
      <w:r>
        <w:lastRenderedPageBreak/>
        <w:t>Riders with disabilities are entitled to equal access to the Platform and transportation services available through it, subject to app</w:t>
      </w:r>
      <w:r>
        <w:t>licable law.</w:t>
      </w:r>
    </w:p>
    <w:p w:rsidR="009D3A3F" w:rsidRDefault="00ED3F40">
      <w:pPr>
        <w:spacing w:after="120"/>
      </w:pPr>
      <w:r>
        <w:t xml:space="preserve">Drivers using the YIRO Platform may not refuse service to a rider because the rider is accompanied by a service animal where protected by law. Riders will not be charged an additional fee solely because they are accompanied by a lawful </w:t>
      </w:r>
      <w:r>
        <w:t>service animal.</w:t>
      </w:r>
    </w:p>
    <w:p w:rsidR="009D3A3F" w:rsidRDefault="00ED3F40">
      <w:pPr>
        <w:pStyle w:val="HeadingLegal"/>
        <w:keepNext/>
        <w:spacing w:before="180" w:after="80"/>
      </w:pPr>
      <w:r>
        <w:t>15. SERVICE ANIMALS</w:t>
      </w:r>
    </w:p>
    <w:p w:rsidR="009D3A3F" w:rsidRDefault="00ED3F40">
      <w:pPr>
        <w:spacing w:after="120"/>
      </w:pPr>
      <w:r>
        <w:t>If you are accompanied by a service animal recognized under applicable law, you may transport that service animal during your ride.</w:t>
      </w:r>
    </w:p>
    <w:p w:rsidR="009D3A3F" w:rsidRDefault="00ED3F40">
      <w:pPr>
        <w:spacing w:after="120"/>
      </w:pPr>
      <w:r>
        <w:t>A driver may not deny transportation on the basis of your lawful service animal.</w:t>
      </w:r>
    </w:p>
    <w:p w:rsidR="009D3A3F" w:rsidRDefault="00ED3F40">
      <w:pPr>
        <w:spacing w:after="120"/>
      </w:pPr>
      <w:r>
        <w:t>Nothing</w:t>
      </w:r>
      <w:r>
        <w:t xml:space="preserve"> in this Section prevents YIRO or a driver from taking reasonable action in response to actual safety threats, uncontrolled animal behavior, property damage, or fraudulent claims of service-animal status to the extent permitted by law.</w:t>
      </w:r>
    </w:p>
    <w:p w:rsidR="009D3A3F" w:rsidRDefault="00ED3F40">
      <w:pPr>
        <w:pStyle w:val="HeadingLegal"/>
        <w:keepNext/>
        <w:spacing w:before="180" w:after="80"/>
      </w:pPr>
      <w:r>
        <w:t>16. CHILDREN AND MIN</w:t>
      </w:r>
      <w:r>
        <w:t>ORS</w:t>
      </w:r>
    </w:p>
    <w:p w:rsidR="009D3A3F" w:rsidRDefault="00ED3F40">
      <w:pPr>
        <w:spacing w:after="120"/>
      </w:pPr>
      <w:r>
        <w:t>YIRO does not permit unaccompanied minors to use the Platform or receive transportation services through the Platform.</w:t>
      </w:r>
    </w:p>
    <w:p w:rsidR="009D3A3F" w:rsidRDefault="00ED3F40">
      <w:pPr>
        <w:spacing w:after="120"/>
      </w:pPr>
      <w:r>
        <w:t>Any rider under the age of 18 must be accompanied by a parent, legal guardian, or other legally responsible adult during the ride.</w:t>
      </w:r>
    </w:p>
    <w:p w:rsidR="009D3A3F" w:rsidRDefault="00ED3F40">
      <w:pPr>
        <w:spacing w:after="120"/>
      </w:pPr>
      <w:r>
        <w:t>Dr</w:t>
      </w:r>
      <w:r>
        <w:t>ivers may refuse transportation where they reasonably believe a booking violates this Section.</w:t>
      </w:r>
    </w:p>
    <w:p w:rsidR="009D3A3F" w:rsidRDefault="00ED3F40">
      <w:pPr>
        <w:pStyle w:val="HeadingLegal"/>
        <w:keepNext/>
        <w:spacing w:before="180" w:after="80"/>
      </w:pPr>
      <w:r>
        <w:t>17. LOST AND FOUND</w:t>
      </w:r>
    </w:p>
    <w:p w:rsidR="009D3A3F" w:rsidRDefault="00ED3F40">
      <w:pPr>
        <w:spacing w:after="120"/>
      </w:pPr>
      <w:r>
        <w:t>Drivers are independent third parties and are solely responsible for items left in their vehicles.</w:t>
      </w:r>
    </w:p>
    <w:p w:rsidR="009D3A3F" w:rsidRDefault="00ED3F40">
      <w:pPr>
        <w:spacing w:after="120"/>
      </w:pPr>
      <w:r>
        <w:t>YIRO does not guarantee recovery of lost it</w:t>
      </w:r>
      <w:r>
        <w:t>ems and is not responsible for lost, stolen, or damaged personal property.</w:t>
      </w:r>
    </w:p>
    <w:p w:rsidR="009D3A3F" w:rsidRDefault="00ED3F40">
      <w:pPr>
        <w:spacing w:after="120"/>
      </w:pPr>
      <w:r>
        <w:t>However, YIRO may, as a courtesy, facilitate communication between you and a driver regarding a lost item. YIRO may also charge a reasonable lost-item return fee if an item is recov</w:t>
      </w:r>
      <w:r>
        <w:t>ered and returned.</w:t>
      </w:r>
    </w:p>
    <w:p w:rsidR="009D3A3F" w:rsidRDefault="00ED3F40">
      <w:pPr>
        <w:pStyle w:val="HeadingLegal"/>
        <w:keepNext/>
        <w:spacing w:before="180" w:after="80"/>
      </w:pPr>
      <w:r>
        <w:t>18. COMMUNICATIONS CONSENT</w:t>
      </w:r>
    </w:p>
    <w:p w:rsidR="009D3A3F" w:rsidRDefault="00ED3F40">
      <w:pPr>
        <w:spacing w:after="120"/>
      </w:pPr>
      <w:r>
        <w:t>By using the Platform, you consent to receive communications from YIRO, its affiliates, its service providers, and drivers, including by email, phone call, text message, push notification, and in-app message, f</w:t>
      </w:r>
      <w:r>
        <w:t>or operational, transactional, safety, account, support, and service-related purposes.</w:t>
      </w:r>
    </w:p>
    <w:p w:rsidR="009D3A3F" w:rsidRDefault="00ED3F40">
      <w:pPr>
        <w:spacing w:after="120"/>
      </w:pPr>
      <w:r>
        <w:t>These communications may include:</w:t>
      </w:r>
    </w:p>
    <w:p w:rsidR="009D3A3F" w:rsidRDefault="00ED3F40">
      <w:pPr>
        <w:spacing w:after="60"/>
        <w:ind w:left="432" w:hanging="259"/>
      </w:pPr>
      <w:r>
        <w:t>• ride confirmations;</w:t>
      </w:r>
    </w:p>
    <w:p w:rsidR="009D3A3F" w:rsidRDefault="00ED3F40">
      <w:pPr>
        <w:spacing w:after="60"/>
        <w:ind w:left="432" w:hanging="259"/>
      </w:pPr>
      <w:r>
        <w:t>• OTP or verification codes;</w:t>
      </w:r>
    </w:p>
    <w:p w:rsidR="009D3A3F" w:rsidRDefault="00ED3F40">
      <w:pPr>
        <w:spacing w:after="60"/>
        <w:ind w:left="432" w:hanging="259"/>
      </w:pPr>
      <w:r>
        <w:t>• driver arrival updates;</w:t>
      </w:r>
    </w:p>
    <w:p w:rsidR="009D3A3F" w:rsidRDefault="00ED3F40">
      <w:pPr>
        <w:spacing w:after="60"/>
        <w:ind w:left="432" w:hanging="259"/>
      </w:pPr>
      <w:r>
        <w:t>• account alerts;</w:t>
      </w:r>
    </w:p>
    <w:p w:rsidR="009D3A3F" w:rsidRDefault="00ED3F40">
      <w:pPr>
        <w:spacing w:after="60"/>
        <w:ind w:left="432" w:hanging="259"/>
      </w:pPr>
      <w:r>
        <w:t>• receipts;</w:t>
      </w:r>
    </w:p>
    <w:p w:rsidR="009D3A3F" w:rsidRDefault="00ED3F40">
      <w:pPr>
        <w:spacing w:after="60"/>
        <w:ind w:left="432" w:hanging="259"/>
      </w:pPr>
      <w:r>
        <w:t>• customer support messages;</w:t>
      </w:r>
    </w:p>
    <w:p w:rsidR="009D3A3F" w:rsidRDefault="00ED3F40">
      <w:pPr>
        <w:spacing w:after="60"/>
        <w:ind w:left="432" w:hanging="259"/>
      </w:pPr>
      <w:r>
        <w:t>• safety notifications;</w:t>
      </w:r>
    </w:p>
    <w:p w:rsidR="009D3A3F" w:rsidRDefault="00ED3F40">
      <w:pPr>
        <w:spacing w:after="60"/>
        <w:ind w:left="432" w:hanging="259"/>
      </w:pPr>
      <w:r>
        <w:t>• policy updates; and</w:t>
      </w:r>
    </w:p>
    <w:p w:rsidR="009D3A3F" w:rsidRDefault="00ED3F40">
      <w:pPr>
        <w:spacing w:after="60"/>
        <w:ind w:left="432" w:hanging="259"/>
      </w:pPr>
      <w:r>
        <w:t>• dispute or billing communications.</w:t>
      </w:r>
    </w:p>
    <w:p w:rsidR="009D3A3F" w:rsidRDefault="00ED3F40">
      <w:pPr>
        <w:spacing w:after="120"/>
      </w:pPr>
      <w:r>
        <w:lastRenderedPageBreak/>
        <w:t>You are responsible for any charges imposed by your wireless carrier.</w:t>
      </w:r>
    </w:p>
    <w:p w:rsidR="009D3A3F" w:rsidRDefault="00ED3F40">
      <w:pPr>
        <w:spacing w:after="120"/>
      </w:pPr>
      <w:r>
        <w:t>You may be able to opt out of certain non-essential communications, but you acknowledge that opting ou</w:t>
      </w:r>
      <w:r>
        <w:t>t of operational communications may affect your ability to use the Platform.</w:t>
      </w:r>
    </w:p>
    <w:p w:rsidR="009D3A3F" w:rsidRDefault="00ED3F40">
      <w:pPr>
        <w:pStyle w:val="HeadingLegal"/>
        <w:keepNext/>
        <w:spacing w:before="180" w:after="80"/>
      </w:pPr>
      <w:r>
        <w:t>19. PRIVACY</w:t>
      </w:r>
    </w:p>
    <w:p w:rsidR="009D3A3F" w:rsidRDefault="00ED3F40">
      <w:pPr>
        <w:spacing w:after="120"/>
      </w:pPr>
      <w:r>
        <w:t>Your use of the Platform is also governed by the YIRO Privacy Policy, which is incorporated into these Terms by reference.</w:t>
      </w:r>
    </w:p>
    <w:p w:rsidR="009D3A3F" w:rsidRDefault="00ED3F40">
      <w:pPr>
        <w:spacing w:after="120"/>
      </w:pPr>
      <w:r>
        <w:t xml:space="preserve">By using the Platform, you </w:t>
      </w:r>
      <w:r>
        <w:t>acknowledge that YIRO may collect, use, store, disclose, and process personal information in accordance with the Privacy Policy and applicable law.</w:t>
      </w:r>
    </w:p>
    <w:p w:rsidR="009D3A3F" w:rsidRDefault="00ED3F40">
      <w:pPr>
        <w:pStyle w:val="HeadingLegal"/>
        <w:keepNext/>
        <w:spacing w:before="180" w:after="80"/>
      </w:pPr>
      <w:r>
        <w:t>20. THIRD-PARTY SERVICES</w:t>
      </w:r>
    </w:p>
    <w:p w:rsidR="009D3A3F" w:rsidRDefault="00ED3F40">
      <w:pPr>
        <w:spacing w:after="120"/>
      </w:pPr>
      <w:r>
        <w:t xml:space="preserve">The Platform may rely on or integrate with third-party services, including payment </w:t>
      </w:r>
      <w:r>
        <w:t>processors, mapping providers, cloud providers, telecommunications providers, identity-verification vendors, and customer-support tools.</w:t>
      </w:r>
    </w:p>
    <w:p w:rsidR="009D3A3F" w:rsidRDefault="00ED3F40">
      <w:pPr>
        <w:spacing w:after="120"/>
      </w:pPr>
      <w:r>
        <w:t>YIRO is not responsible for the acts, omissions, outages, content, or services of third parties except to the extent re</w:t>
      </w:r>
      <w:r>
        <w:t>quired by law.</w:t>
      </w:r>
    </w:p>
    <w:p w:rsidR="009D3A3F" w:rsidRDefault="00ED3F40">
      <w:pPr>
        <w:pStyle w:val="HeadingLegal"/>
        <w:keepNext/>
        <w:spacing w:before="180" w:after="80"/>
      </w:pPr>
      <w:r>
        <w:t>21. PROMOTIONS, CREDITS, AND REFERRALS</w:t>
      </w:r>
    </w:p>
    <w:p w:rsidR="009D3A3F" w:rsidRDefault="00ED3F40">
      <w:pPr>
        <w:spacing w:after="120"/>
      </w:pPr>
      <w:r>
        <w:t>YIRO may offer promotional codes, discounts, referral credits, account credits, or other incentives from time to time.</w:t>
      </w:r>
    </w:p>
    <w:p w:rsidR="009D3A3F" w:rsidRDefault="00ED3F40">
      <w:pPr>
        <w:spacing w:after="120"/>
      </w:pPr>
      <w:r>
        <w:t>Unless otherwise stated in writing:</w:t>
      </w:r>
    </w:p>
    <w:p w:rsidR="009D3A3F" w:rsidRDefault="00ED3F40">
      <w:pPr>
        <w:spacing w:after="60"/>
        <w:ind w:left="432" w:hanging="259"/>
      </w:pPr>
      <w:r>
        <w:t>• promotions have no cash value;</w:t>
      </w:r>
    </w:p>
    <w:p w:rsidR="009D3A3F" w:rsidRDefault="00ED3F40">
      <w:pPr>
        <w:spacing w:after="60"/>
        <w:ind w:left="432" w:hanging="259"/>
      </w:pPr>
      <w:r>
        <w:t>• promotions a</w:t>
      </w:r>
      <w:r>
        <w:t>re non-transferable;</w:t>
      </w:r>
    </w:p>
    <w:p w:rsidR="009D3A3F" w:rsidRDefault="00ED3F40">
      <w:pPr>
        <w:spacing w:after="60"/>
        <w:ind w:left="432" w:hanging="259"/>
      </w:pPr>
      <w:r>
        <w:t>• promotions may be revoked, modified, suspended, or canceled at any time;</w:t>
      </w:r>
    </w:p>
    <w:p w:rsidR="009D3A3F" w:rsidRDefault="00ED3F40">
      <w:pPr>
        <w:spacing w:after="60"/>
        <w:ind w:left="432" w:hanging="259"/>
      </w:pPr>
      <w:r>
        <w:t>• promotions may be subject to expiration dates and additional conditions; and</w:t>
      </w:r>
    </w:p>
    <w:p w:rsidR="009D3A3F" w:rsidRDefault="00ED3F40">
      <w:pPr>
        <w:spacing w:after="60"/>
        <w:ind w:left="432" w:hanging="259"/>
      </w:pPr>
      <w:r>
        <w:t>• misuse, fraud, duplication, resale, or manipulation of promotions may result in</w:t>
      </w:r>
      <w:r>
        <w:t xml:space="preserve"> invalidation and account suspension.</w:t>
      </w:r>
    </w:p>
    <w:p w:rsidR="009D3A3F" w:rsidRDefault="00ED3F40">
      <w:pPr>
        <w:pStyle w:val="HeadingLegal"/>
        <w:keepNext/>
        <w:spacing w:before="180" w:after="80"/>
      </w:pPr>
      <w:r>
        <w:t>22. USER CONTENT AND FEEDBACK</w:t>
      </w:r>
    </w:p>
    <w:p w:rsidR="009D3A3F" w:rsidRDefault="00ED3F40">
      <w:pPr>
        <w:spacing w:after="120"/>
      </w:pPr>
      <w:r>
        <w:t xml:space="preserve">If you submit ratings, reviews, comments, suggestions, reports, feedback, or other content to YIRO, you grant YIRO a worldwide, non-exclusive, royalty-free, perpetual, </w:t>
      </w:r>
      <w:r>
        <w:t>irrevocable, sublicensable right to use, reproduce, modify, publish, distribute, display, and otherwise exploit that content for lawful business purposes, subject to applicable law and the Privacy Policy.</w:t>
      </w:r>
    </w:p>
    <w:p w:rsidR="009D3A3F" w:rsidRDefault="00ED3F40">
      <w:pPr>
        <w:spacing w:after="120"/>
      </w:pPr>
      <w:r>
        <w:t>You represent that you have the right to provide su</w:t>
      </w:r>
      <w:r>
        <w:t>ch content and that it does not violate any law or the rights of any third party.</w:t>
      </w:r>
    </w:p>
    <w:p w:rsidR="009D3A3F" w:rsidRDefault="00ED3F40">
      <w:pPr>
        <w:pStyle w:val="HeadingLegal"/>
        <w:keepNext/>
        <w:spacing w:before="180" w:after="80"/>
      </w:pPr>
      <w:r>
        <w:t>23. SUSPENSION AND TERMINATION</w:t>
      </w:r>
    </w:p>
    <w:p w:rsidR="009D3A3F" w:rsidRDefault="00ED3F40">
      <w:pPr>
        <w:spacing w:after="120"/>
      </w:pPr>
      <w:r>
        <w:t>YIRO may suspend, restrict, or terminate your account or access to the Platform, immediately and without prior notice, if YIRO determines, in i</w:t>
      </w:r>
      <w:r>
        <w:t>ts sole reasonable discretion, that:</w:t>
      </w:r>
    </w:p>
    <w:p w:rsidR="009D3A3F" w:rsidRDefault="00ED3F40">
      <w:pPr>
        <w:spacing w:after="60"/>
        <w:ind w:left="432" w:hanging="259"/>
      </w:pPr>
      <w:r>
        <w:t>• you violated these Terms;</w:t>
      </w:r>
    </w:p>
    <w:p w:rsidR="009D3A3F" w:rsidRDefault="00ED3F40">
      <w:pPr>
        <w:spacing w:after="60"/>
        <w:ind w:left="432" w:hanging="259"/>
      </w:pPr>
      <w:r>
        <w:t>• you engaged in unsafe, fraudulent, abusive, unlawful, or inappropriate conduct;</w:t>
      </w:r>
    </w:p>
    <w:p w:rsidR="009D3A3F" w:rsidRDefault="00ED3F40">
      <w:pPr>
        <w:spacing w:after="60"/>
        <w:ind w:left="432" w:hanging="259"/>
      </w:pPr>
      <w:r>
        <w:t>• you caused risk to drivers, other users, YIRO personnel, or the public;</w:t>
      </w:r>
    </w:p>
    <w:p w:rsidR="009D3A3F" w:rsidRDefault="00ED3F40">
      <w:pPr>
        <w:spacing w:after="60"/>
        <w:ind w:left="432" w:hanging="259"/>
      </w:pPr>
      <w:r>
        <w:t>• you initiated improper payment di</w:t>
      </w:r>
      <w:r>
        <w:t>sputes or chargebacks in bad faith;</w:t>
      </w:r>
    </w:p>
    <w:p w:rsidR="009D3A3F" w:rsidRDefault="00ED3F40">
      <w:pPr>
        <w:spacing w:after="60"/>
        <w:ind w:left="432" w:hanging="259"/>
      </w:pPr>
      <w:r>
        <w:lastRenderedPageBreak/>
        <w:t>• your account was used without authorization;</w:t>
      </w:r>
    </w:p>
    <w:p w:rsidR="009D3A3F" w:rsidRDefault="00ED3F40">
      <w:pPr>
        <w:spacing w:after="60"/>
        <w:ind w:left="432" w:hanging="259"/>
      </w:pPr>
      <w:r>
        <w:t>• your activity created legal, regulatory, insurance, or reputational exposure for YIRO; or</w:t>
      </w:r>
    </w:p>
    <w:p w:rsidR="009D3A3F" w:rsidRDefault="00ED3F40">
      <w:pPr>
        <w:spacing w:after="60"/>
        <w:ind w:left="432" w:hanging="259"/>
      </w:pPr>
      <w:r>
        <w:t>• suspension or termination is necessary to protect safety, compliance, or busine</w:t>
      </w:r>
      <w:r>
        <w:t>ss integrity.</w:t>
      </w:r>
    </w:p>
    <w:p w:rsidR="009D3A3F" w:rsidRDefault="00ED3F40">
      <w:pPr>
        <w:spacing w:after="120"/>
      </w:pPr>
      <w:r>
        <w:t>Termination of your account does not relieve you of any payment obligations incurred before termination.</w:t>
      </w:r>
    </w:p>
    <w:p w:rsidR="009D3A3F" w:rsidRDefault="00ED3F40">
      <w:pPr>
        <w:pStyle w:val="HeadingLegal"/>
        <w:keepNext/>
        <w:spacing w:before="180" w:after="80"/>
      </w:pPr>
      <w:r>
        <w:t>24. DISCLAIMER OF WARRANTIES</w:t>
      </w:r>
    </w:p>
    <w:p w:rsidR="009D3A3F" w:rsidRDefault="00ED3F40">
      <w:pPr>
        <w:spacing w:after="120"/>
      </w:pPr>
      <w:r>
        <w:t>THE PLATFORM AND ALL RELATED SERVICES ARE PROVIDED “AS IS” AND “AS AVAILABLE.”</w:t>
      </w:r>
    </w:p>
    <w:p w:rsidR="009D3A3F" w:rsidRDefault="00ED3F40">
      <w:pPr>
        <w:spacing w:after="120"/>
      </w:pPr>
      <w:r>
        <w:t xml:space="preserve">TO THE MAXIMUM EXTENT </w:t>
      </w:r>
      <w:r>
        <w:t>PERMITTED BY LAW, YIRO DISCLAIMS ALL WARRANTIES, EXPRESS, IMPLIED, OR STATUTORY, INCLUDING ANY IMPLIED WARRANTIES OF MERCHANTABILITY, FITNESS FOR A PARTICULAR PURPOSE, TITLE, NON-INFRINGEMENT, AVAILABILITY, ACCURACY, RELIABILITY, OR QUIET ENJOYMENT.</w:t>
      </w:r>
    </w:p>
    <w:p w:rsidR="009D3A3F" w:rsidRDefault="00ED3F40">
      <w:pPr>
        <w:spacing w:after="120"/>
      </w:pPr>
      <w:r>
        <w:t>WITHOU</w:t>
      </w:r>
      <w:r>
        <w:t>T LIMITING THE FOREGOING, YIRO DOES NOT WARRANT THAT:</w:t>
      </w:r>
    </w:p>
    <w:p w:rsidR="009D3A3F" w:rsidRDefault="00ED3F40">
      <w:pPr>
        <w:spacing w:after="60"/>
        <w:ind w:left="432" w:hanging="259"/>
      </w:pPr>
      <w:r>
        <w:t>• THE PLATFORM WILL BE AVAILABLE AT ALL TIMES;</w:t>
      </w:r>
    </w:p>
    <w:p w:rsidR="009D3A3F" w:rsidRDefault="00ED3F40">
      <w:pPr>
        <w:spacing w:after="60"/>
        <w:ind w:left="432" w:hanging="259"/>
      </w:pPr>
      <w:r>
        <w:t>• THE PLATFORM WILL BE ERROR-FREE OR UNINTERRUPTED;</w:t>
      </w:r>
    </w:p>
    <w:p w:rsidR="009D3A3F" w:rsidRDefault="00ED3F40">
      <w:pPr>
        <w:spacing w:after="60"/>
        <w:ind w:left="432" w:hanging="259"/>
      </w:pPr>
      <w:r>
        <w:t>• ANY DRIVER OR RIDE WILL BE AVAILABLE;</w:t>
      </w:r>
    </w:p>
    <w:p w:rsidR="009D3A3F" w:rsidRDefault="00ED3F40">
      <w:pPr>
        <w:spacing w:after="60"/>
        <w:ind w:left="432" w:hanging="259"/>
      </w:pPr>
      <w:r>
        <w:t>• ANY TRANSPORTATION SERVICE WILL MEET YOUR EXPECTATIONS;</w:t>
      </w:r>
    </w:p>
    <w:p w:rsidR="009D3A3F" w:rsidRDefault="00ED3F40">
      <w:pPr>
        <w:spacing w:after="60"/>
        <w:ind w:left="432" w:hanging="259"/>
      </w:pPr>
      <w:r>
        <w:t>• ANY</w:t>
      </w:r>
      <w:r>
        <w:t xml:space="preserve"> DEFECTS WILL BE CORRECTED; OR</w:t>
      </w:r>
    </w:p>
    <w:p w:rsidR="009D3A3F" w:rsidRDefault="00ED3F40">
      <w:pPr>
        <w:spacing w:after="60"/>
        <w:ind w:left="432" w:hanging="259"/>
      </w:pPr>
      <w:r>
        <w:t>• THE PLATFORM WILL BE FREE OF VIRUSES OR OTHER HARMFUL COMPONENTS.</w:t>
      </w:r>
    </w:p>
    <w:p w:rsidR="009D3A3F" w:rsidRDefault="00ED3F40">
      <w:pPr>
        <w:pStyle w:val="HeadingLegal"/>
        <w:keepNext/>
        <w:spacing w:before="180" w:after="80"/>
      </w:pPr>
      <w:r>
        <w:t>25. LIMITATION OF LIABILITY</w:t>
      </w:r>
    </w:p>
    <w:p w:rsidR="009D3A3F" w:rsidRDefault="00ED3F40">
      <w:pPr>
        <w:spacing w:after="120"/>
      </w:pPr>
      <w:r>
        <w:t>TO THE MAXIMUM EXTENT PERMITTED BY LAW, YIRO AND ITS AFFILIATES, MEMBERS, MANAGERS, OFFICERS, DIRECTORS, EMPLOYEES, AGENTS, AND S</w:t>
      </w:r>
      <w:r>
        <w:t xml:space="preserve">ERVICE PROVIDERS SHALL NOT BE LIABLE FOR ANY INDIRECT, INCIDENTAL, SPECIAL, EXEMPLARY, PUNITIVE, OR CONSEQUENTIAL DAMAGES, OR FOR ANY LOSS OF PROFITS, LOSS OF DATA, LOSS OF BUSINESS, PERSONAL PROPERTY LOSS, OR EMOTIONAL DISTRESS, ARISING OUT OF OR RELATED </w:t>
      </w:r>
      <w:r>
        <w:t>TO:</w:t>
      </w:r>
    </w:p>
    <w:p w:rsidR="009D3A3F" w:rsidRDefault="00ED3F40">
      <w:pPr>
        <w:spacing w:after="60"/>
        <w:ind w:left="432" w:hanging="259"/>
      </w:pPr>
      <w:r>
        <w:t>• YOUR USE OF OR INABILITY TO USE THE PLATFORM;</w:t>
      </w:r>
    </w:p>
    <w:p w:rsidR="009D3A3F" w:rsidRDefault="00ED3F40">
      <w:pPr>
        <w:spacing w:after="60"/>
        <w:ind w:left="432" w:hanging="259"/>
      </w:pPr>
      <w:r>
        <w:t>• ANY TRANSPORTATION SERVICES PROVIDED BY INDEPENDENT THIRD-PARTY DRIVERS;</w:t>
      </w:r>
    </w:p>
    <w:p w:rsidR="009D3A3F" w:rsidRDefault="00ED3F40">
      <w:pPr>
        <w:spacing w:after="60"/>
        <w:ind w:left="432" w:hanging="259"/>
      </w:pPr>
      <w:r>
        <w:t>• DELAYS, CANCELLATIONS, OR SERVICE INTERRUPTIONS;</w:t>
      </w:r>
    </w:p>
    <w:p w:rsidR="009D3A3F" w:rsidRDefault="00ED3F40">
      <w:pPr>
        <w:spacing w:after="60"/>
        <w:ind w:left="432" w:hanging="259"/>
      </w:pPr>
      <w:r>
        <w:t>• THE CONDUCT OF DRIVERS, RIDERS, OR THIRD PARTIES;</w:t>
      </w:r>
    </w:p>
    <w:p w:rsidR="009D3A3F" w:rsidRDefault="00ED3F40">
      <w:pPr>
        <w:spacing w:after="60"/>
        <w:ind w:left="432" w:hanging="259"/>
      </w:pPr>
      <w:r>
        <w:t xml:space="preserve">• PERSONAL INJURY, DEATH, </w:t>
      </w:r>
      <w:r>
        <w:t>PROPERTY DAMAGE, OR OTHER HARM, EXCEPT TO THE EXTENT CAUSED DIRECTLY BY YIRO’S OWN GROSS NEGLIGENCE, WILLFUL MISCONDUCT, OR OTHER LIABILITY THAT CANNOT BE DISCLAIMED UNDER APPLICABLE LAW.</w:t>
      </w:r>
    </w:p>
    <w:p w:rsidR="009D3A3F" w:rsidRDefault="00ED3F40">
      <w:pPr>
        <w:spacing w:after="120"/>
      </w:pPr>
      <w:r>
        <w:t>TO THE MAXIMUM EXTENT PERMITTED BY LAW, YIRO’S AGGREGATE LIABILITY F</w:t>
      </w:r>
      <w:r>
        <w:t>OR ANY CLAIMS ARISING OUT OF OR RELATING TO THESE TERMS OR THE PLATFORM SHALL NOT EXCEED THE GREATER OF:</w:t>
      </w:r>
    </w:p>
    <w:p w:rsidR="009D3A3F" w:rsidRDefault="00ED3F40">
      <w:pPr>
        <w:spacing w:after="60"/>
        <w:ind w:left="432" w:hanging="259"/>
      </w:pPr>
      <w:r>
        <w:t>• THE TOTAL AMOUNT PAID BY YOU TO YIRO THROUGH THE PLATFORM DURING THE THREE (3) MONTHS IMMEDIATELY PRECEDING THE EVENT GIVING RISE TO THE CLAIM; OR</w:t>
      </w:r>
    </w:p>
    <w:p w:rsidR="009D3A3F" w:rsidRDefault="00ED3F40">
      <w:pPr>
        <w:spacing w:after="60"/>
        <w:ind w:left="432" w:hanging="259"/>
      </w:pPr>
      <w:r>
        <w:t xml:space="preserve">• </w:t>
      </w:r>
      <w:r>
        <w:t>ONE HUNDRED U.S. DOLLARS ($100.00).</w:t>
      </w:r>
    </w:p>
    <w:p w:rsidR="009D3A3F" w:rsidRDefault="00ED3F40">
      <w:pPr>
        <w:spacing w:after="120"/>
      </w:pPr>
      <w:r>
        <w:lastRenderedPageBreak/>
        <w:t>SOME JURISDICTIONS DO NOT ALLOW CERTAIN LIMITATIONS OF LIABILITY, SO SOME OF THE ABOVE MAY NOT APPLY TO YOU.</w:t>
      </w:r>
    </w:p>
    <w:p w:rsidR="009D3A3F" w:rsidRDefault="00ED3F40">
      <w:pPr>
        <w:pStyle w:val="HeadingLegal"/>
        <w:keepNext/>
        <w:spacing w:before="180" w:after="80"/>
      </w:pPr>
      <w:r>
        <w:t>26. INDEMNIFICATION</w:t>
      </w:r>
    </w:p>
    <w:p w:rsidR="009D3A3F" w:rsidRDefault="00ED3F40">
      <w:pPr>
        <w:spacing w:after="120"/>
      </w:pPr>
      <w:r>
        <w:t>You agree to defend, indemnify, and hold harmless YIRO and its affiliates, members, manager</w:t>
      </w:r>
      <w:r>
        <w:t>s, officers, directors, employees, agents, successors, assigns, and service providers from and against any and all claims, demands, losses, damages, liabilities, judgments, fines, penalties, costs, and expenses, including reasonable attorneys’ fees, arisin</w:t>
      </w:r>
      <w:r>
        <w:t>g out of or related to:</w:t>
      </w:r>
    </w:p>
    <w:p w:rsidR="009D3A3F" w:rsidRDefault="00ED3F40">
      <w:pPr>
        <w:spacing w:after="60"/>
        <w:ind w:left="432" w:hanging="259"/>
      </w:pPr>
      <w:r>
        <w:t>• your violation of these Terms;</w:t>
      </w:r>
    </w:p>
    <w:p w:rsidR="009D3A3F" w:rsidRDefault="00ED3F40">
      <w:pPr>
        <w:spacing w:after="60"/>
        <w:ind w:left="432" w:hanging="259"/>
      </w:pPr>
      <w:r>
        <w:t>• your misuse of the Platform;</w:t>
      </w:r>
    </w:p>
    <w:p w:rsidR="009D3A3F" w:rsidRDefault="00ED3F40">
      <w:pPr>
        <w:spacing w:after="60"/>
        <w:ind w:left="432" w:hanging="259"/>
      </w:pPr>
      <w:r>
        <w:t>• your violation of any law or the rights of another person;</w:t>
      </w:r>
    </w:p>
    <w:p w:rsidR="009D3A3F" w:rsidRDefault="00ED3F40">
      <w:pPr>
        <w:spacing w:after="60"/>
        <w:ind w:left="432" w:hanging="259"/>
      </w:pPr>
      <w:r>
        <w:t>• your conduct during a ride;</w:t>
      </w:r>
    </w:p>
    <w:p w:rsidR="009D3A3F" w:rsidRDefault="00ED3F40">
      <w:pPr>
        <w:spacing w:after="60"/>
        <w:ind w:left="432" w:hanging="259"/>
      </w:pPr>
      <w:r>
        <w:t>• damage you cause to any vehicle, person, or property; or</w:t>
      </w:r>
    </w:p>
    <w:p w:rsidR="009D3A3F" w:rsidRDefault="00ED3F40">
      <w:pPr>
        <w:spacing w:after="60"/>
        <w:ind w:left="432" w:hanging="259"/>
      </w:pPr>
      <w:r>
        <w:t xml:space="preserve">• any false, </w:t>
      </w:r>
      <w:r>
        <w:t>misleading, or fraudulent information you provide.</w:t>
      </w:r>
    </w:p>
    <w:p w:rsidR="009D3A3F" w:rsidRDefault="00ED3F40">
      <w:pPr>
        <w:pStyle w:val="HeadingLegal"/>
        <w:keepNext/>
        <w:spacing w:before="180" w:after="80"/>
      </w:pPr>
      <w:r>
        <w:t>27. DISPUTE RESOLUTION</w:t>
      </w:r>
    </w:p>
    <w:p w:rsidR="009D3A3F" w:rsidRDefault="00ED3F40">
      <w:pPr>
        <w:spacing w:after="120"/>
      </w:pPr>
      <w:r>
        <w:t>Any dispute, claim, or controversy arising out of or relating to these Terms, the Platform, or services requested through YIRO shall first be submitted to YIRO in writing with a reas</w:t>
      </w:r>
      <w:r>
        <w:t>onable opportunity for informal resolution.</w:t>
      </w:r>
    </w:p>
    <w:p w:rsidR="009D3A3F" w:rsidRDefault="00ED3F40">
      <w:pPr>
        <w:spacing w:after="120"/>
      </w:pPr>
      <w:r>
        <w:t>If the dispute is not resolved informally, the dispute shall be resolved through binding arbitration on an individual basis, except where prohibited by law.</w:t>
      </w:r>
    </w:p>
    <w:p w:rsidR="009D3A3F" w:rsidRDefault="00ED3F40">
      <w:pPr>
        <w:spacing w:after="120"/>
      </w:pPr>
      <w:r>
        <w:t>You agree that, to the maximum extent permitted by law:</w:t>
      </w:r>
    </w:p>
    <w:p w:rsidR="009D3A3F" w:rsidRDefault="00ED3F40">
      <w:pPr>
        <w:spacing w:after="60"/>
        <w:ind w:left="432" w:hanging="259"/>
      </w:pPr>
      <w:r>
        <w:t>• disputes will be brought only in your individual capacity and not as a plaintiff or class member in any purported class or representative proceeding;</w:t>
      </w:r>
    </w:p>
    <w:p w:rsidR="009D3A3F" w:rsidRDefault="00ED3F40">
      <w:pPr>
        <w:spacing w:after="60"/>
        <w:ind w:left="432" w:hanging="259"/>
      </w:pPr>
      <w:r>
        <w:t>• class, collective, and representative actions are waived; and</w:t>
      </w:r>
    </w:p>
    <w:p w:rsidR="009D3A3F" w:rsidRDefault="00ED3F40">
      <w:pPr>
        <w:spacing w:after="60"/>
        <w:ind w:left="432" w:hanging="259"/>
      </w:pPr>
      <w:r>
        <w:t>• any arbitration or court proceeding w</w:t>
      </w:r>
      <w:r>
        <w:t>ill be limited to the dispute between you and YIRO individually.</w:t>
      </w:r>
    </w:p>
    <w:p w:rsidR="009D3A3F" w:rsidRDefault="00ED3F40">
      <w:pPr>
        <w:pStyle w:val="HeadingLegal"/>
        <w:keepNext/>
        <w:spacing w:before="180" w:after="80"/>
      </w:pPr>
      <w:r>
        <w:t>28. GOVERNING LAW AND VENUE</w:t>
      </w:r>
    </w:p>
    <w:p w:rsidR="009D3A3F" w:rsidRDefault="00ED3F40">
      <w:pPr>
        <w:spacing w:after="120"/>
      </w:pPr>
      <w:r>
        <w:t xml:space="preserve">These Terms shall be governed by the laws of the State of Florida, without regard to conflict-of-law principles, except to the extent federal law preempts </w:t>
      </w:r>
      <w:r>
        <w:t>Florida law.</w:t>
      </w:r>
    </w:p>
    <w:p w:rsidR="009D3A3F" w:rsidRDefault="00ED3F40">
      <w:pPr>
        <w:spacing w:after="120"/>
      </w:pPr>
      <w:r>
        <w:t>Subject to the dispute resolution provisions above, any action that is not required to be arbitrated shall be brought exclusively in the state or federal courts located in Miami-Dade County, Florida, and you consent to the personal jurisdictio</w:t>
      </w:r>
      <w:r>
        <w:t>n of those courts.</w:t>
      </w:r>
    </w:p>
    <w:p w:rsidR="009D3A3F" w:rsidRDefault="00ED3F40">
      <w:pPr>
        <w:pStyle w:val="HeadingLegal"/>
        <w:keepNext/>
        <w:spacing w:before="180" w:after="80"/>
      </w:pPr>
      <w:r>
        <w:t>29. CHANGES TO THE TERMS</w:t>
      </w:r>
    </w:p>
    <w:p w:rsidR="009D3A3F" w:rsidRDefault="00ED3F40">
      <w:pPr>
        <w:spacing w:after="120"/>
      </w:pPr>
      <w:r>
        <w:t>YIRO may modify these Terms from time to time. If we make material changes, we may provide notice through the Platform, by email, by text message, or by other reasonable means.</w:t>
      </w:r>
    </w:p>
    <w:p w:rsidR="009D3A3F" w:rsidRDefault="00ED3F40">
      <w:pPr>
        <w:spacing w:after="120"/>
      </w:pPr>
      <w:r>
        <w:t xml:space="preserve">Your continued use of the Platform </w:t>
      </w:r>
      <w:r>
        <w:t>after the effective date of updated Terms constitutes your acceptance of the revised Terms.</w:t>
      </w:r>
    </w:p>
    <w:p w:rsidR="009D3A3F" w:rsidRDefault="00ED3F40">
      <w:pPr>
        <w:spacing w:after="120"/>
      </w:pPr>
      <w:r>
        <w:t>If you do not agree to the revised Terms, you must stop using the Platform.</w:t>
      </w:r>
    </w:p>
    <w:p w:rsidR="009D3A3F" w:rsidRDefault="00ED3F40">
      <w:pPr>
        <w:pStyle w:val="HeadingLegal"/>
        <w:keepNext/>
        <w:spacing w:before="180" w:after="80"/>
      </w:pPr>
      <w:r>
        <w:lastRenderedPageBreak/>
        <w:t>30. GENERAL PROVISIONS</w:t>
      </w:r>
    </w:p>
    <w:p w:rsidR="009D3A3F" w:rsidRDefault="00ED3F40">
      <w:pPr>
        <w:spacing w:after="120"/>
      </w:pPr>
      <w:r>
        <w:t xml:space="preserve">These Terms constitute the entire agreement between you and YIRO </w:t>
      </w:r>
      <w:r>
        <w:t>regarding your use of the Platform as a rider, except for any additional terms expressly incorporated by reference.</w:t>
      </w:r>
    </w:p>
    <w:p w:rsidR="009D3A3F" w:rsidRDefault="00ED3F40">
      <w:pPr>
        <w:spacing w:after="120"/>
      </w:pPr>
      <w:r>
        <w:t>If any provision of these Terms is held unlawful, invalid, or unenforceable, that provision shall be severed and the remaining provisions sh</w:t>
      </w:r>
      <w:r>
        <w:t>all remain in full force and effect.</w:t>
      </w:r>
    </w:p>
    <w:p w:rsidR="009D3A3F" w:rsidRDefault="00ED3F40">
      <w:pPr>
        <w:spacing w:after="120"/>
      </w:pPr>
      <w:r>
        <w:t>YIRO’s failure to enforce any provision of these Terms shall not constitute a waiver of that provision.</w:t>
      </w:r>
    </w:p>
    <w:p w:rsidR="009D3A3F" w:rsidRDefault="00ED3F40">
      <w:pPr>
        <w:spacing w:after="120"/>
      </w:pPr>
      <w:r>
        <w:t>You may not assign or transfer these Terms without YIRO’s prior written consent. YIRO may assign these Terms withou</w:t>
      </w:r>
      <w:r>
        <w:t>t restriction in connection with a merger, acquisition, restructuring, or sale of assets.</w:t>
      </w:r>
    </w:p>
    <w:p w:rsidR="009D3A3F" w:rsidRDefault="00ED3F40">
      <w:pPr>
        <w:pStyle w:val="HeadingLegal"/>
        <w:keepNext/>
        <w:spacing w:before="180" w:after="80"/>
      </w:pPr>
      <w:r>
        <w:t>31. CONTACT INFORMATION</w:t>
      </w:r>
    </w:p>
    <w:p w:rsidR="009D3A3F" w:rsidRDefault="00ED3F40">
      <w:pPr>
        <w:spacing w:after="120"/>
      </w:pPr>
      <w:r>
        <w:t>MOBIIBY LLC d/b/a YIRO</w:t>
      </w:r>
    </w:p>
    <w:p w:rsidR="009D3A3F" w:rsidRDefault="00ED3F40">
      <w:pPr>
        <w:spacing w:after="120"/>
      </w:pPr>
      <w:r>
        <w:t>Email: info@yiro.app</w:t>
      </w:r>
    </w:p>
    <w:p w:rsidR="009D3A3F" w:rsidRDefault="00ED3F40">
      <w:pPr>
        <w:spacing w:before="200"/>
      </w:pPr>
      <w:r>
        <w:t>By using the YIRO Platform, you acknowledge that you have read, understood, and agreed to these Ri</w:t>
      </w:r>
      <w:r>
        <w:t>der Terms of Service.</w:t>
      </w:r>
    </w:p>
    <w:sectPr w:rsidR="009D3A3F" w:rsidSect="00034616">
      <w:pgSz w:w="12240" w:h="15840"/>
      <w:pgMar w:top="1152" w:right="1224" w:bottom="1008" w:left="122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Courier">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639D"/>
    <w:rsid w:val="00326F90"/>
    <w:rsid w:val="009D3A3F"/>
    <w:rsid w:val="00AA1D8D"/>
    <w:rsid w:val="00B47730"/>
    <w:rsid w:val="00CB0664"/>
    <w:rsid w:val="00ED3F40"/>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efaultImageDpi w14:val="300"/>
  <w15:docId w15:val="{6E4F1E55-E36B-8B4A-83BF-973EC0C75D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Light" w:semiHidden="1" w:unhideWhenUsed="1"/>
    <w:lsdException w:name="Grid Table 1 Light" w:semiHidden="1" w:unhideWhenUsed="1"/>
    <w:lsdException w:name="Grid Table 2" w:semiHidden="1" w:unhideWhenUsed="1"/>
    <w:lsdException w:name="Grid Table 3"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C693F"/>
    <w:rPr>
      <w:rFonts w:ascii="Times New Roman" w:eastAsia="Times New Roman" w:hAnsi="Times New Roman"/>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TitleLegal">
    <w:name w:val="TitleLegal"/>
    <w:rPr>
      <w:rFonts w:ascii="Times New Roman" w:eastAsia="Times New Roman" w:hAnsi="Times New Roman"/>
      <w:b/>
      <w:sz w:val="32"/>
    </w:rPr>
  </w:style>
  <w:style w:type="paragraph" w:customStyle="1" w:styleId="MetaLegal">
    <w:name w:val="MetaLegal"/>
    <w:rPr>
      <w:rFonts w:ascii="Times New Roman" w:eastAsia="Times New Roman" w:hAnsi="Times New Roman"/>
      <w:sz w:val="21"/>
    </w:rPr>
  </w:style>
  <w:style w:type="paragraph" w:customStyle="1" w:styleId="HeadingLegal">
    <w:name w:val="HeadingLegal"/>
    <w:rPr>
      <w:rFonts w:ascii="Times New Roman" w:eastAsia="Times New Roman" w:hAnsi="Times New Roman"/>
      <w:b/>
      <w:sz w:val="2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B274D14-A13A-D344-AD0E-2004120373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9</Pages>
  <Words>2966</Words>
  <Characters>16908</Characters>
  <Application>Microsoft Office Word</Application>
  <DocSecurity>0</DocSecurity>
  <Lines>140</Lines>
  <Paragraphs>39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19835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Microsoft Office User</cp:lastModifiedBy>
  <cp:revision>2</cp:revision>
  <dcterms:created xsi:type="dcterms:W3CDTF">2026-03-25T16:35:00Z</dcterms:created>
  <dcterms:modified xsi:type="dcterms:W3CDTF">2026-03-25T16:35:00Z</dcterms:modified>
  <cp:category/>
</cp:coreProperties>
</file>