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3498" w:rsidRDefault="00992A83">
      <w:pPr>
        <w:pStyle w:val="DocTitle"/>
        <w:spacing w:line="240" w:lineRule="auto"/>
        <w:jc w:val="center"/>
      </w:pPr>
      <w:r>
        <w:t>YIRO DRIVER PLATFORM AGREEMENT</w:t>
      </w:r>
    </w:p>
    <w:p w:rsidR="00D73498" w:rsidRDefault="00992A83" w:rsidP="00992A83">
      <w:pPr>
        <w:spacing w:after="100" w:line="240" w:lineRule="auto"/>
        <w:jc w:val="center"/>
      </w:pPr>
      <w:r>
        <w:t>Effective Date: March 20, 2026</w:t>
      </w:r>
    </w:p>
    <w:p w:rsidR="00D73498" w:rsidRDefault="00992A83">
      <w:pPr>
        <w:spacing w:after="100" w:line="240" w:lineRule="auto"/>
      </w:pPr>
      <w:r>
        <w:t>Company: MOBIIBY LLC d/b/a YIRO, a Florida transportation network company platform (“YIRO,” “we,” “us,” or “our”)</w:t>
      </w:r>
    </w:p>
    <w:p w:rsidR="00D73498" w:rsidRDefault="00992A83">
      <w:pPr>
        <w:spacing w:after="100" w:line="240" w:lineRule="auto"/>
      </w:pPr>
      <w:r>
        <w:t xml:space="preserve">This Driver Platform Agreement ("Agreement") governs your access to and use </w:t>
      </w:r>
      <w:r>
        <w:t>of the YIRO mobile application, website, software, platform, and related services (collectively, the "Platform") as an independent driver using the Platform to receive and perform prearranged transportation opportunities in the State of Florida.</w:t>
      </w:r>
    </w:p>
    <w:p w:rsidR="00D73498" w:rsidRDefault="00992A83">
      <w:pPr>
        <w:spacing w:after="100" w:line="240" w:lineRule="auto"/>
      </w:pPr>
      <w:r>
        <w:t>By applyin</w:t>
      </w:r>
      <w:r>
        <w:t>g to drive, creating a driver account, accessing the Platform, or providing transportation services through YIRO, you agree to be bound by this Agreement.</w:t>
      </w:r>
    </w:p>
    <w:p w:rsidR="00D73498" w:rsidRDefault="00992A83">
      <w:pPr>
        <w:spacing w:after="100" w:line="240" w:lineRule="auto"/>
      </w:pPr>
      <w:r>
        <w:t>If you do not agree to this Agreement, do not access or use the Platform as a driver.</w:t>
      </w:r>
    </w:p>
    <w:p w:rsidR="00D73498" w:rsidRDefault="00992A83">
      <w:pPr>
        <w:pStyle w:val="SectionHead"/>
        <w:spacing w:before="40" w:after="80" w:line="240" w:lineRule="auto"/>
      </w:pPr>
      <w:r>
        <w:t>1. NATURE OF TH</w:t>
      </w:r>
      <w:r>
        <w:t>E PLATFORM</w:t>
      </w:r>
    </w:p>
    <w:p w:rsidR="00D73498" w:rsidRDefault="00992A83">
      <w:pPr>
        <w:spacing w:after="100" w:line="240" w:lineRule="auto"/>
      </w:pPr>
      <w:r>
        <w:t>YIRO is a technology platform that connects riders with independent third-party drivers for prearranged transportation services in the State of Florida.</w:t>
      </w:r>
    </w:p>
    <w:p w:rsidR="00D73498" w:rsidRDefault="00992A83">
      <w:pPr>
        <w:spacing w:after="100" w:line="240" w:lineRule="auto"/>
      </w:pPr>
      <w:r>
        <w:t>YIRO is not a transportation provider, motor carrier, common carrier, or taxicab company. YI</w:t>
      </w:r>
      <w:r>
        <w:t>RO does not provide transportation services, and transportation services requested through the Platform are provided by independent drivers who use the Platform.</w:t>
      </w:r>
    </w:p>
    <w:p w:rsidR="00D73498" w:rsidRDefault="00992A83">
      <w:pPr>
        <w:spacing w:after="100" w:line="240" w:lineRule="auto"/>
      </w:pPr>
      <w:r>
        <w:t>YIRO does not own, lease, or operate your vehicle unless expressly agreed in a separate writte</w:t>
      </w:r>
      <w:r>
        <w:t>n agreement.</w:t>
      </w:r>
    </w:p>
    <w:p w:rsidR="00D73498" w:rsidRDefault="00992A83">
      <w:pPr>
        <w:pStyle w:val="SectionHead"/>
        <w:spacing w:before="160" w:after="80" w:line="240" w:lineRule="auto"/>
      </w:pPr>
      <w:r>
        <w:t>2. INDEPENDENT CONTRACTOR RELATIONSHIP</w:t>
      </w:r>
    </w:p>
    <w:p w:rsidR="00D73498" w:rsidRDefault="00992A83">
      <w:pPr>
        <w:spacing w:after="100" w:line="240" w:lineRule="auto"/>
      </w:pPr>
      <w:r>
        <w:t>You acknowledge and agree that you are an independent contractor and not an employee, agent, joint venturer, franchisee, or partner of YIRO.</w:t>
      </w:r>
    </w:p>
    <w:p w:rsidR="00D73498" w:rsidRDefault="00992A83">
      <w:pPr>
        <w:spacing w:after="100" w:line="240" w:lineRule="auto"/>
      </w:pPr>
      <w:r>
        <w:t>Nothing in this Agreement shall be construed to create any empl</w:t>
      </w:r>
      <w:r>
        <w:t>oyment, agency, partnership, or joint venture relationship between you and YIRO.</w:t>
      </w:r>
    </w:p>
    <w:p w:rsidR="00D73498" w:rsidRDefault="00992A83">
      <w:pPr>
        <w:spacing w:after="100" w:line="240" w:lineRule="auto"/>
      </w:pPr>
      <w:r>
        <w:t>As an independent contractor:</w:t>
      </w:r>
    </w:p>
    <w:p w:rsidR="00D73498" w:rsidRDefault="00992A83">
      <w:pPr>
        <w:spacing w:after="40" w:line="240" w:lineRule="auto"/>
        <w:ind w:left="317" w:hanging="230"/>
      </w:pPr>
      <w:r>
        <w:t>• you control whether, when, where, and for how long you log in to the Platform;</w:t>
      </w:r>
    </w:p>
    <w:p w:rsidR="00D73498" w:rsidRDefault="00992A83">
      <w:pPr>
        <w:spacing w:after="40" w:line="240" w:lineRule="auto"/>
        <w:ind w:left="317" w:hanging="230"/>
      </w:pPr>
      <w:r>
        <w:t>• you are not required to accept any particular ride opportunity</w:t>
      </w:r>
      <w:r>
        <w:t xml:space="preserve"> unless otherwise required by law or expressly stated in the Platform for operational reasons;</w:t>
      </w:r>
    </w:p>
    <w:p w:rsidR="00D73498" w:rsidRDefault="00992A83">
      <w:pPr>
        <w:spacing w:after="40" w:line="240" w:lineRule="auto"/>
        <w:ind w:left="317" w:hanging="230"/>
      </w:pPr>
      <w:r>
        <w:t xml:space="preserve">• you are free to perform services for other transportation network companies, delivery companies, carriers, brokers, or other businesses, subject to applicable </w:t>
      </w:r>
      <w:r>
        <w:t>law and your compliance with this Agreement;</w:t>
      </w:r>
    </w:p>
    <w:p w:rsidR="00D73498" w:rsidRDefault="00992A83">
      <w:pPr>
        <w:spacing w:after="40" w:line="240" w:lineRule="auto"/>
        <w:ind w:left="317" w:hanging="230"/>
      </w:pPr>
      <w:r>
        <w:t>• you are free to engage in any other lawful business or occupation; and</w:t>
      </w:r>
    </w:p>
    <w:p w:rsidR="00D73498" w:rsidRDefault="00992A83">
      <w:pPr>
        <w:spacing w:after="40" w:line="240" w:lineRule="auto"/>
        <w:ind w:left="317" w:hanging="230"/>
      </w:pPr>
      <w:r>
        <w:t>• you are solely responsible for the manner and means by which you perform transportation services, subject to rider safety, applicable la</w:t>
      </w:r>
      <w:r>
        <w:t>w, and the requirements of this Agreement.</w:t>
      </w:r>
    </w:p>
    <w:p w:rsidR="00D73498" w:rsidRDefault="00992A83">
      <w:pPr>
        <w:spacing w:after="100" w:line="240" w:lineRule="auto"/>
      </w:pPr>
      <w:r>
        <w:t>You understand and agree that YIRO does not guarantee any minimum number of ride requests, any minimum earnings, or any particular level of demand.</w:t>
      </w:r>
    </w:p>
    <w:p w:rsidR="00D73498" w:rsidRDefault="00992A83">
      <w:pPr>
        <w:pStyle w:val="SectionHead"/>
        <w:spacing w:before="160" w:after="80" w:line="240" w:lineRule="auto"/>
      </w:pPr>
      <w:r>
        <w:t>3. DRIVER ELIGIBILITY</w:t>
      </w:r>
    </w:p>
    <w:p w:rsidR="00D73498" w:rsidRDefault="00992A83">
      <w:pPr>
        <w:spacing w:after="100" w:line="240" w:lineRule="auto"/>
      </w:pPr>
      <w:r>
        <w:t xml:space="preserve">To access or use the Platform as a driver, </w:t>
      </w:r>
      <w:r>
        <w:t>you must at all times:</w:t>
      </w:r>
    </w:p>
    <w:p w:rsidR="00D73498" w:rsidRDefault="00992A83">
      <w:pPr>
        <w:spacing w:after="40" w:line="240" w:lineRule="auto"/>
        <w:ind w:left="317" w:hanging="230"/>
      </w:pPr>
      <w:r>
        <w:t>• be at least 21 years old;</w:t>
      </w:r>
    </w:p>
    <w:p w:rsidR="00D73498" w:rsidRDefault="00992A83">
      <w:pPr>
        <w:spacing w:after="40" w:line="240" w:lineRule="auto"/>
        <w:ind w:left="317" w:hanging="230"/>
      </w:pPr>
      <w:r>
        <w:t>• possess a valid driver's license authorizing you to operate your vehicle in Florida;</w:t>
      </w:r>
    </w:p>
    <w:p w:rsidR="00D73498" w:rsidRDefault="00992A83">
      <w:pPr>
        <w:spacing w:after="40" w:line="240" w:lineRule="auto"/>
        <w:ind w:left="317" w:hanging="230"/>
      </w:pPr>
      <w:r>
        <w:t>• maintain all registrations, permits, and documents required by applicable law and YIRO policy;</w:t>
      </w:r>
    </w:p>
    <w:p w:rsidR="00D73498" w:rsidRDefault="00992A83">
      <w:pPr>
        <w:spacing w:after="40" w:line="240" w:lineRule="auto"/>
        <w:ind w:left="317" w:hanging="230"/>
      </w:pPr>
      <w:r>
        <w:t xml:space="preserve">• own, lease, </w:t>
      </w:r>
      <w:r>
        <w:t>rent, or otherwise have lawful authority to use the vehicle you operate on the Platform;</w:t>
      </w:r>
    </w:p>
    <w:p w:rsidR="00D73498" w:rsidRDefault="00992A83">
      <w:pPr>
        <w:spacing w:after="40" w:line="240" w:lineRule="auto"/>
        <w:ind w:left="317" w:hanging="230"/>
      </w:pPr>
      <w:r>
        <w:t>• provide all required vehicle, rental, lease, ownership, and insurance documentation requested by YIRO;</w:t>
      </w:r>
    </w:p>
    <w:p w:rsidR="00D73498" w:rsidRDefault="00992A83">
      <w:pPr>
        <w:spacing w:after="40" w:line="240" w:lineRule="auto"/>
        <w:ind w:left="317" w:hanging="230"/>
      </w:pPr>
      <w:r>
        <w:t>• maintain a driver account in good standing;</w:t>
      </w:r>
    </w:p>
    <w:p w:rsidR="00D73498" w:rsidRDefault="00992A83">
      <w:pPr>
        <w:spacing w:after="40" w:line="240" w:lineRule="auto"/>
        <w:ind w:left="317" w:hanging="230"/>
      </w:pPr>
      <w:r>
        <w:t>• pass all requi</w:t>
      </w:r>
      <w:r>
        <w:t>red background checks, driving record checks, and identity verification procedures;</w:t>
      </w:r>
    </w:p>
    <w:p w:rsidR="00D73498" w:rsidRDefault="00992A83">
      <w:pPr>
        <w:spacing w:after="40" w:line="240" w:lineRule="auto"/>
        <w:ind w:left="317" w:hanging="230"/>
      </w:pPr>
      <w:r>
        <w:lastRenderedPageBreak/>
        <w:t>• meet YIRO's vehicle eligibility standards;</w:t>
      </w:r>
    </w:p>
    <w:p w:rsidR="00D73498" w:rsidRDefault="00992A83">
      <w:pPr>
        <w:spacing w:after="40" w:line="240" w:lineRule="auto"/>
        <w:ind w:left="317" w:hanging="230"/>
      </w:pPr>
      <w:r>
        <w:t>• maintain all insurance required by law and this Agreement; and</w:t>
      </w:r>
    </w:p>
    <w:p w:rsidR="00D73498" w:rsidRDefault="00992A83">
      <w:pPr>
        <w:spacing w:after="40" w:line="240" w:lineRule="auto"/>
        <w:ind w:left="317" w:hanging="230"/>
      </w:pPr>
      <w:r>
        <w:t xml:space="preserve">• remain medically and legally fit to operate a motor vehicle </w:t>
      </w:r>
      <w:r>
        <w:t>safely.</w:t>
      </w:r>
    </w:p>
    <w:p w:rsidR="00D73498" w:rsidRDefault="00992A83">
      <w:pPr>
        <w:spacing w:after="100" w:line="240" w:lineRule="auto"/>
      </w:pPr>
      <w:r>
        <w:t>You must immediately notify YIRO if you cease to satisfy any eligibility requirement.</w:t>
      </w:r>
    </w:p>
    <w:p w:rsidR="00D73498" w:rsidRDefault="00992A83">
      <w:pPr>
        <w:pStyle w:val="SectionHead"/>
        <w:spacing w:before="160" w:after="80" w:line="240" w:lineRule="auto"/>
      </w:pPr>
      <w:r>
        <w:t>4. DRIVER ACCOUNT AND INFORMATION</w:t>
      </w:r>
    </w:p>
    <w:p w:rsidR="00D73498" w:rsidRDefault="00992A83">
      <w:pPr>
        <w:spacing w:after="100" w:line="240" w:lineRule="auto"/>
      </w:pPr>
      <w:r>
        <w:t>You must provide accurate, current, and complete information in connection with your application and account, including your ful</w:t>
      </w:r>
      <w:r>
        <w:t>l legal name, address, phone number, email address, Social Security number or taxpayer identification information, driver's license, vehicle registration, insurance information, banking details, and any additional information requested by YIRO.</w:t>
      </w:r>
    </w:p>
    <w:p w:rsidR="00D73498" w:rsidRDefault="00992A83">
      <w:pPr>
        <w:spacing w:after="100" w:line="240" w:lineRule="auto"/>
      </w:pPr>
      <w:r>
        <w:t>You agree t</w:t>
      </w:r>
      <w:r>
        <w:t>o keep all account information current and to promptly update any change in your identity, driving privileges, insurance, vehicle status, criminal status, legal eligibility, or contact information.</w:t>
      </w:r>
    </w:p>
    <w:p w:rsidR="00D73498" w:rsidRDefault="00992A83">
      <w:pPr>
        <w:spacing w:after="100" w:line="240" w:lineRule="auto"/>
      </w:pPr>
      <w:r>
        <w:t>You are responsible for maintaining the security and confi</w:t>
      </w:r>
      <w:r>
        <w:t>dentiality of your driver account credentials. You may not share your account or allow any other person to use your account.</w:t>
      </w:r>
    </w:p>
    <w:p w:rsidR="00D73498" w:rsidRDefault="00992A83">
      <w:pPr>
        <w:pStyle w:val="SectionHead"/>
        <w:spacing w:before="160" w:after="80" w:line="240" w:lineRule="auto"/>
      </w:pPr>
      <w:r>
        <w:t>5. BACKGROUND CHECKS AND SCREENING</w:t>
      </w:r>
    </w:p>
    <w:p w:rsidR="00D73498" w:rsidRDefault="00992A83">
      <w:pPr>
        <w:spacing w:after="100" w:line="240" w:lineRule="auto"/>
      </w:pPr>
      <w:r>
        <w:t>As a condition of using the Platform, you authorize YIRO and its agents, vendors, and service pr</w:t>
      </w:r>
      <w:r>
        <w:t>oviders to conduct background checks, identity verification, motor vehicle record reviews, and other lawful screenings at onboarding and periodically thereafter, as permitted by law.</w:t>
      </w:r>
    </w:p>
    <w:p w:rsidR="00D73498" w:rsidRDefault="00992A83">
      <w:pPr>
        <w:spacing w:after="100" w:line="240" w:lineRule="auto"/>
      </w:pPr>
      <w:r>
        <w:t>You agree to provide all authorizations, disclosures, and supporting info</w:t>
      </w:r>
      <w:r>
        <w:t>rmation reasonably requested for such screenings.</w:t>
      </w:r>
    </w:p>
    <w:p w:rsidR="00D73498" w:rsidRDefault="00992A83">
      <w:pPr>
        <w:spacing w:after="100" w:line="240" w:lineRule="auto"/>
      </w:pPr>
      <w:r>
        <w:t>YIRO may suspend, deactivate, or deny access to the Platform based on the results of any background check, driving record review, identity verification, document review, or safety investigation, in its sole</w:t>
      </w:r>
      <w:r>
        <w:t xml:space="preserve"> reasonable discretion and as permitted by law.</w:t>
      </w:r>
    </w:p>
    <w:p w:rsidR="00D73498" w:rsidRDefault="00992A83">
      <w:pPr>
        <w:spacing w:after="100" w:line="240" w:lineRule="auto"/>
      </w:pPr>
      <w:r>
        <w:t>You also agree that YIRO may re-screen you from time to time, including at intervals required by applicable law or company policy.</w:t>
      </w:r>
    </w:p>
    <w:p w:rsidR="00D73498" w:rsidRDefault="00992A83">
      <w:pPr>
        <w:pStyle w:val="SectionHead"/>
        <w:spacing w:before="160" w:after="80" w:line="240" w:lineRule="auto"/>
      </w:pPr>
      <w:r>
        <w:t>6. VEHICLE REQUIREMENTS</w:t>
      </w:r>
    </w:p>
    <w:p w:rsidR="00D73498" w:rsidRDefault="00992A83">
      <w:pPr>
        <w:spacing w:after="100" w:line="240" w:lineRule="auto"/>
      </w:pPr>
      <w:r>
        <w:t>Any vehicle you use on the Platform must:</w:t>
      </w:r>
    </w:p>
    <w:p w:rsidR="00D73498" w:rsidRDefault="00992A83">
      <w:pPr>
        <w:spacing w:after="40" w:line="240" w:lineRule="auto"/>
        <w:ind w:left="317" w:hanging="230"/>
      </w:pPr>
      <w:r>
        <w:t>• be lawful</w:t>
      </w:r>
      <w:r>
        <w:t>ly registered and authorized for operation;</w:t>
      </w:r>
    </w:p>
    <w:p w:rsidR="00D73498" w:rsidRDefault="00992A83">
      <w:pPr>
        <w:spacing w:after="40" w:line="240" w:lineRule="auto"/>
        <w:ind w:left="317" w:hanging="230"/>
      </w:pPr>
      <w:r>
        <w:t>• be in safe operating condition;</w:t>
      </w:r>
    </w:p>
    <w:p w:rsidR="00D73498" w:rsidRDefault="00992A83">
      <w:pPr>
        <w:spacing w:after="40" w:line="240" w:lineRule="auto"/>
        <w:ind w:left="317" w:hanging="230"/>
      </w:pPr>
      <w:r>
        <w:t>• comply with all applicable inspection, safety, maintenance, and emissions requirements;</w:t>
      </w:r>
    </w:p>
    <w:p w:rsidR="00D73498" w:rsidRDefault="00992A83">
      <w:pPr>
        <w:spacing w:after="40" w:line="240" w:lineRule="auto"/>
        <w:ind w:left="317" w:hanging="230"/>
      </w:pPr>
      <w:r>
        <w:t>• meet YIRO's vehicle age, condition, and appearance standards;</w:t>
      </w:r>
    </w:p>
    <w:p w:rsidR="00D73498" w:rsidRDefault="00992A83">
      <w:pPr>
        <w:spacing w:after="40" w:line="240" w:lineRule="auto"/>
        <w:ind w:left="317" w:hanging="230"/>
      </w:pPr>
      <w:r>
        <w:t xml:space="preserve">• be clean, </w:t>
      </w:r>
      <w:r>
        <w:t>sanitary, and reasonably free of damage;</w:t>
      </w:r>
    </w:p>
    <w:p w:rsidR="00D73498" w:rsidRDefault="00992A83">
      <w:pPr>
        <w:spacing w:after="40" w:line="240" w:lineRule="auto"/>
        <w:ind w:left="317" w:hanging="230"/>
      </w:pPr>
      <w:r>
        <w:t>• contain all legally required safety equipment; and</w:t>
      </w:r>
    </w:p>
    <w:p w:rsidR="00D73498" w:rsidRDefault="00992A83">
      <w:pPr>
        <w:spacing w:after="40" w:line="240" w:lineRule="auto"/>
        <w:ind w:left="317" w:hanging="230"/>
      </w:pPr>
      <w:r>
        <w:t>• be covered by all insurance required under this Agreement and applicable law.</w:t>
      </w:r>
    </w:p>
    <w:p w:rsidR="00D73498" w:rsidRDefault="00992A83">
      <w:pPr>
        <w:spacing w:after="100" w:line="240" w:lineRule="auto"/>
      </w:pPr>
      <w:r>
        <w:t xml:space="preserve">YIRO may require photographs, inspection records, service records, or other </w:t>
      </w:r>
      <w:r>
        <w:t>proof of vehicle condition and eligibility at any time.</w:t>
      </w:r>
    </w:p>
    <w:p w:rsidR="00D73498" w:rsidRDefault="00992A83">
      <w:pPr>
        <w:spacing w:after="100" w:line="240" w:lineRule="auto"/>
      </w:pPr>
      <w:r>
        <w:t>You may not use a substitute vehicle on the Platform unless that vehicle has been approved by YIRO.</w:t>
      </w:r>
    </w:p>
    <w:p w:rsidR="00D73498" w:rsidRDefault="00992A83">
      <w:pPr>
        <w:pStyle w:val="SectionHead"/>
        <w:spacing w:before="160" w:after="80" w:line="240" w:lineRule="auto"/>
      </w:pPr>
      <w:r>
        <w:t>7. INSURANCE</w:t>
      </w:r>
    </w:p>
    <w:p w:rsidR="00D73498" w:rsidRDefault="00992A83">
      <w:pPr>
        <w:spacing w:after="100" w:line="240" w:lineRule="auto"/>
      </w:pPr>
      <w:r>
        <w:t>You are solely responsible for maintaining all insurance required by applicable law, YI</w:t>
      </w:r>
      <w:r>
        <w:t>RO policy, and this Agreement.</w:t>
      </w:r>
    </w:p>
    <w:p w:rsidR="00D73498" w:rsidRDefault="00992A83">
      <w:pPr>
        <w:spacing w:after="100" w:line="240" w:lineRule="auto"/>
      </w:pPr>
      <w:r>
        <w:t>You acknowledge that personal automobile insurance policies may not provide coverage while you are logged into a transportation network company platform, while you are available to receive ride requests, or while you are enga</w:t>
      </w:r>
      <w:r>
        <w:t>ged in a prearranged ride.</w:t>
      </w:r>
    </w:p>
    <w:p w:rsidR="00D73498" w:rsidRDefault="00992A83">
      <w:pPr>
        <w:spacing w:after="100" w:line="240" w:lineRule="auto"/>
      </w:pPr>
      <w:r>
        <w:t>You agree to maintain and provide proof of insurance in the form, amount, and manner required by Florida law and YIRO policy.</w:t>
      </w:r>
    </w:p>
    <w:p w:rsidR="00D73498" w:rsidRDefault="00992A83">
      <w:pPr>
        <w:spacing w:after="100" w:line="240" w:lineRule="auto"/>
      </w:pPr>
      <w:r>
        <w:t>You must immediately notify YIRO of any lapse, cancellation, denial, reservation of rights, claim, or m</w:t>
      </w:r>
      <w:r>
        <w:t>aterial change affecting your insurance coverage.</w:t>
      </w:r>
    </w:p>
    <w:p w:rsidR="00D73498" w:rsidRDefault="00992A83">
      <w:pPr>
        <w:spacing w:after="100" w:line="240" w:lineRule="auto"/>
      </w:pPr>
      <w:r>
        <w:lastRenderedPageBreak/>
        <w:t>YIRO may maintain insurance coverage required by law for Platform activity where applicable, but nothing in this Agreement relieves you of your personal legal and contractual insurance obligations.</w:t>
      </w:r>
    </w:p>
    <w:p w:rsidR="00D73498" w:rsidRDefault="00992A83">
      <w:pPr>
        <w:pStyle w:val="SectionHead"/>
        <w:spacing w:before="160" w:after="80" w:line="240" w:lineRule="auto"/>
      </w:pPr>
      <w:r>
        <w:t>8. COMPL</w:t>
      </w:r>
      <w:r>
        <w:t>IANCE WITH LAW</w:t>
      </w:r>
    </w:p>
    <w:p w:rsidR="00D73498" w:rsidRDefault="00992A83">
      <w:pPr>
        <w:spacing w:after="100" w:line="240" w:lineRule="auto"/>
      </w:pPr>
      <w:r>
        <w:t>You agree to comply at all times with:</w:t>
      </w:r>
    </w:p>
    <w:p w:rsidR="00D73498" w:rsidRDefault="00992A83">
      <w:pPr>
        <w:spacing w:after="40" w:line="240" w:lineRule="auto"/>
        <w:ind w:left="317" w:hanging="230"/>
      </w:pPr>
      <w:r>
        <w:t>• this Agreement;</w:t>
      </w:r>
    </w:p>
    <w:p w:rsidR="00D73498" w:rsidRDefault="00992A83">
      <w:pPr>
        <w:spacing w:after="40" w:line="240" w:lineRule="auto"/>
        <w:ind w:left="317" w:hanging="230"/>
      </w:pPr>
      <w:r>
        <w:t>• all applicable federal, state, and local laws;</w:t>
      </w:r>
    </w:p>
    <w:p w:rsidR="00D73498" w:rsidRDefault="00992A83">
      <w:pPr>
        <w:spacing w:after="40" w:line="240" w:lineRule="auto"/>
        <w:ind w:left="317" w:hanging="230"/>
      </w:pPr>
      <w:r>
        <w:t>• all traffic, safety, and licensing requirements;</w:t>
      </w:r>
    </w:p>
    <w:p w:rsidR="00D73498" w:rsidRDefault="00992A83">
      <w:pPr>
        <w:spacing w:after="40" w:line="240" w:lineRule="auto"/>
        <w:ind w:left="317" w:hanging="230"/>
      </w:pPr>
      <w:r>
        <w:t>• all airport, port, event venue, or restricted-access rules applicable to pickups a</w:t>
      </w:r>
      <w:r>
        <w:t>nd drop-offs;</w:t>
      </w:r>
    </w:p>
    <w:p w:rsidR="00D73498" w:rsidRDefault="00992A83">
      <w:pPr>
        <w:spacing w:after="40" w:line="240" w:lineRule="auto"/>
        <w:ind w:left="317" w:hanging="230"/>
      </w:pPr>
      <w:r>
        <w:t>• all nondiscrimination and accessibility requirements; and</w:t>
      </w:r>
    </w:p>
    <w:p w:rsidR="00D73498" w:rsidRDefault="00992A83">
      <w:pPr>
        <w:spacing w:after="40" w:line="240" w:lineRule="auto"/>
        <w:ind w:left="317" w:hanging="230"/>
      </w:pPr>
      <w:r>
        <w:t>• all YIRO policies, safety standards, and community guidelines.</w:t>
      </w:r>
    </w:p>
    <w:p w:rsidR="00D73498" w:rsidRDefault="00992A83">
      <w:pPr>
        <w:spacing w:after="100" w:line="240" w:lineRule="auto"/>
      </w:pPr>
      <w:r>
        <w:t>You are solely responsible for knowing and complying with the laws and regulations that apply to your activities as a</w:t>
      </w:r>
      <w:r>
        <w:t xml:space="preserve"> driver.</w:t>
      </w:r>
    </w:p>
    <w:p w:rsidR="00D73498" w:rsidRDefault="00992A83">
      <w:pPr>
        <w:pStyle w:val="SectionHead"/>
        <w:spacing w:before="160" w:after="80" w:line="240" w:lineRule="auto"/>
      </w:pPr>
      <w:r>
        <w:t>9. PREARRANGED RIDES ONLY</w:t>
      </w:r>
    </w:p>
    <w:p w:rsidR="00D73498" w:rsidRDefault="00992A83">
      <w:pPr>
        <w:spacing w:after="100" w:line="240" w:lineRule="auto"/>
      </w:pPr>
      <w:r>
        <w:t>You may provide transportation services through the Platform only in response to ride requests made through the Platform.</w:t>
      </w:r>
    </w:p>
    <w:p w:rsidR="00D73498" w:rsidRDefault="00992A83">
      <w:pPr>
        <w:spacing w:after="100" w:line="240" w:lineRule="auto"/>
      </w:pPr>
      <w:r>
        <w:t>You may not solicit or accept street hails through the Platform.</w:t>
      </w:r>
    </w:p>
    <w:p w:rsidR="00D73498" w:rsidRDefault="00992A83">
      <w:pPr>
        <w:spacing w:after="100" w:line="240" w:lineRule="auto"/>
      </w:pPr>
      <w:r>
        <w:t xml:space="preserve">You may not represent yourself as </w:t>
      </w:r>
      <w:r>
        <w:t>a taxi, common carrier, or employee of YIRO.</w:t>
      </w:r>
    </w:p>
    <w:p w:rsidR="00D73498" w:rsidRDefault="00992A83">
      <w:pPr>
        <w:pStyle w:val="SectionHead"/>
        <w:spacing w:before="160" w:after="80" w:line="240" w:lineRule="auto"/>
      </w:pPr>
      <w:r>
        <w:t>10. DRIVER STATUS ON THE PLATFORM</w:t>
      </w:r>
    </w:p>
    <w:p w:rsidR="00D73498" w:rsidRDefault="00992A83">
      <w:pPr>
        <w:spacing w:after="100" w:line="240" w:lineRule="auto"/>
      </w:pPr>
      <w:r>
        <w:t>You control when you log in and out of the Platform.</w:t>
      </w:r>
    </w:p>
    <w:p w:rsidR="00D73498" w:rsidRDefault="00992A83">
      <w:pPr>
        <w:spacing w:after="100" w:line="240" w:lineRule="auto"/>
      </w:pPr>
      <w:r>
        <w:t>When logged into the Platform, you may receive ride opportunities. When you accept a ride request, you agree to proceed in a</w:t>
      </w:r>
      <w:r>
        <w:t xml:space="preserve"> reasonably timely manner to the pickup location and to complete the trip in a safe, lawful, and professional manner, unless cancellation is permitted or required for safety, legal, or operational reasons.</w:t>
      </w:r>
    </w:p>
    <w:p w:rsidR="00D73498" w:rsidRDefault="00992A83">
      <w:pPr>
        <w:spacing w:after="100" w:line="240" w:lineRule="auto"/>
      </w:pPr>
      <w:r>
        <w:t>You understand that excessive cancellations, failu</w:t>
      </w:r>
      <w:r>
        <w:t>re to complete accepted trips, repeated rider complaints, fraud, safety incidents, or low service quality may result in temporary suspension or deactivation.</w:t>
      </w:r>
    </w:p>
    <w:p w:rsidR="00D73498" w:rsidRDefault="00992A83">
      <w:pPr>
        <w:pStyle w:val="SectionHead"/>
        <w:spacing w:before="160" w:after="80" w:line="240" w:lineRule="auto"/>
      </w:pPr>
      <w:r>
        <w:t>11. CONDUCT AND SAFETY</w:t>
      </w:r>
    </w:p>
    <w:p w:rsidR="00D73498" w:rsidRDefault="00992A83">
      <w:pPr>
        <w:spacing w:after="100" w:line="240" w:lineRule="auto"/>
      </w:pPr>
      <w:r>
        <w:t xml:space="preserve">You agree to conduct yourself professionally, safely, and lawfully at </w:t>
      </w:r>
      <w:r>
        <w:t>all times.</w:t>
      </w:r>
    </w:p>
    <w:p w:rsidR="00D73498" w:rsidRDefault="00992A83">
      <w:pPr>
        <w:spacing w:after="100" w:line="240" w:lineRule="auto"/>
      </w:pPr>
      <w:r>
        <w:t>You will not:</w:t>
      </w:r>
    </w:p>
    <w:p w:rsidR="00D73498" w:rsidRDefault="00992A83">
      <w:pPr>
        <w:spacing w:after="40" w:line="240" w:lineRule="auto"/>
        <w:ind w:left="317" w:hanging="230"/>
      </w:pPr>
      <w:r>
        <w:t>• operate a vehicle while under the influence of alcohol, illegal drugs, or any substance that impairs your ability to drive safely;</w:t>
      </w:r>
    </w:p>
    <w:p w:rsidR="00D73498" w:rsidRDefault="00992A83">
      <w:pPr>
        <w:spacing w:after="40" w:line="240" w:lineRule="auto"/>
        <w:ind w:left="317" w:hanging="230"/>
      </w:pPr>
      <w:r>
        <w:t>• possess or use illegal drugs while using the Platform;</w:t>
      </w:r>
    </w:p>
    <w:p w:rsidR="00D73498" w:rsidRDefault="00992A83">
      <w:pPr>
        <w:spacing w:after="40" w:line="240" w:lineRule="auto"/>
        <w:ind w:left="317" w:hanging="230"/>
      </w:pPr>
      <w:r>
        <w:t xml:space="preserve">• carry unlawful weapons, contraband, or </w:t>
      </w:r>
      <w:r>
        <w:t>prohibited materials while using the Platform;</w:t>
      </w:r>
    </w:p>
    <w:p w:rsidR="00D73498" w:rsidRDefault="00992A83">
      <w:pPr>
        <w:spacing w:after="40" w:line="240" w:lineRule="auto"/>
        <w:ind w:left="317" w:hanging="230"/>
      </w:pPr>
      <w:r>
        <w:t>• discriminate against, harass, threaten, abuse, or assault any rider or other person;</w:t>
      </w:r>
    </w:p>
    <w:p w:rsidR="00D73498" w:rsidRDefault="00992A83">
      <w:pPr>
        <w:spacing w:after="40" w:line="240" w:lineRule="auto"/>
        <w:ind w:left="317" w:hanging="230"/>
      </w:pPr>
      <w:r>
        <w:t>• permit unauthorized passengers in the vehicle during a trip;</w:t>
      </w:r>
    </w:p>
    <w:p w:rsidR="00D73498" w:rsidRDefault="00992A83">
      <w:pPr>
        <w:spacing w:after="40" w:line="240" w:lineRule="auto"/>
        <w:ind w:left="317" w:hanging="230"/>
      </w:pPr>
      <w:r>
        <w:t>• request or accept cash payments unless expressly authoriz</w:t>
      </w:r>
      <w:r>
        <w:t>ed by YIRO in writing;</w:t>
      </w:r>
    </w:p>
    <w:p w:rsidR="00D73498" w:rsidRDefault="00992A83">
      <w:pPr>
        <w:spacing w:after="40" w:line="240" w:lineRule="auto"/>
        <w:ind w:left="317" w:hanging="230"/>
      </w:pPr>
      <w:r>
        <w:t>• arrange off-platform rides in violation of YIRO policy;</w:t>
      </w:r>
    </w:p>
    <w:p w:rsidR="00D73498" w:rsidRDefault="00992A83">
      <w:pPr>
        <w:spacing w:after="40" w:line="240" w:lineRule="auto"/>
        <w:ind w:left="317" w:hanging="230"/>
      </w:pPr>
      <w:r>
        <w:t>• falsify trip records, documents, identity information, insurance information, or vehicle information;</w:t>
      </w:r>
    </w:p>
    <w:p w:rsidR="00D73498" w:rsidRDefault="00992A83">
      <w:pPr>
        <w:spacing w:after="40" w:line="240" w:lineRule="auto"/>
        <w:ind w:left="317" w:hanging="230"/>
      </w:pPr>
      <w:r>
        <w:t>• allow another person to use your account or operate under your identi</w:t>
      </w:r>
      <w:r>
        <w:t>ty;</w:t>
      </w:r>
    </w:p>
    <w:p w:rsidR="00D73498" w:rsidRDefault="00992A83">
      <w:pPr>
        <w:spacing w:after="40" w:line="240" w:lineRule="auto"/>
        <w:ind w:left="317" w:hanging="230"/>
      </w:pPr>
      <w:r>
        <w:t>• operate an unsafe, unsanitary, or unapproved vehicle;</w:t>
      </w:r>
    </w:p>
    <w:p w:rsidR="00D73498" w:rsidRDefault="00992A83">
      <w:pPr>
        <w:spacing w:after="40" w:line="240" w:lineRule="auto"/>
        <w:ind w:left="317" w:hanging="230"/>
      </w:pPr>
      <w:r>
        <w:t>• use a mobile device in a manner that violates the law or compromises safety while driving; or</w:t>
      </w:r>
    </w:p>
    <w:p w:rsidR="00D73498" w:rsidRDefault="00992A83">
      <w:pPr>
        <w:spacing w:after="40" w:line="240" w:lineRule="auto"/>
        <w:ind w:left="317" w:hanging="230"/>
      </w:pPr>
      <w:r>
        <w:t xml:space="preserve">• engage in any conduct that creates safety, legal, insurance, regulatory, or reputational risk for </w:t>
      </w:r>
      <w:r>
        <w:t>YIRO.</w:t>
      </w:r>
    </w:p>
    <w:p w:rsidR="00D73498" w:rsidRDefault="00992A83">
      <w:r>
        <w:t>Drivers providing premium, executive, black-car, or other high-end services offered through the Platform may be subject to additional dress code, grooming, vehicle presentation, and cleanliness standards communicated by YIRO. Failure to comply with s</w:t>
      </w:r>
      <w:r>
        <w:t xml:space="preserve">uch premium-service standards may result in removal </w:t>
      </w:r>
      <w:r>
        <w:lastRenderedPageBreak/>
        <w:t>from those service categories, temporary suspension from premium dispatch opportunities, or other corrective action under this Agreement.</w:t>
      </w:r>
    </w:p>
    <w:p w:rsidR="00D73498" w:rsidRDefault="00992A83">
      <w:pPr>
        <w:pStyle w:val="SectionHead"/>
        <w:spacing w:before="160" w:after="80" w:line="240" w:lineRule="auto"/>
      </w:pPr>
      <w:r>
        <w:t>12. ZERO-TOLERANCE DRUG AND ALCOHOL POLICY</w:t>
      </w:r>
    </w:p>
    <w:p w:rsidR="00D73498" w:rsidRDefault="00992A83">
      <w:pPr>
        <w:spacing w:after="100" w:line="240" w:lineRule="auto"/>
      </w:pPr>
      <w:r>
        <w:t>YIRO maintains a zero-t</w:t>
      </w:r>
      <w:r>
        <w:t>olerance policy prohibiting any use of drugs or alcohol that impairs, or may reasonably appear to impair, a driver's ability to operate a vehicle safely while using the Platform or providing transportation services through the Platform.</w:t>
      </w:r>
    </w:p>
    <w:p w:rsidR="00D73498" w:rsidRDefault="00992A83">
      <w:pPr>
        <w:spacing w:after="100" w:line="240" w:lineRule="auto"/>
      </w:pPr>
      <w:r>
        <w:t xml:space="preserve">You may not use </w:t>
      </w:r>
      <w:r>
        <w:t>the Platform while under the influence of alcohol, illegal drugs, or any impairing substance.</w:t>
      </w:r>
    </w:p>
    <w:p w:rsidR="00D73498" w:rsidRDefault="00992A83">
      <w:pPr>
        <w:spacing w:after="100" w:line="240" w:lineRule="auto"/>
      </w:pPr>
      <w:r>
        <w:t>If YIRO receives a complaint or report alleging that you violated this policy, YIRO may immediately suspend your access to the Platform pending investigation. YIR</w:t>
      </w:r>
      <w:r>
        <w:t>O may investigate the complaint, request information from you, and take any action it deems appropriate, including permanent deactivation.</w:t>
      </w:r>
    </w:p>
    <w:p w:rsidR="00D73498" w:rsidRDefault="00992A83">
      <w:pPr>
        <w:pStyle w:val="SectionHead"/>
        <w:spacing w:before="160" w:after="80" w:line="240" w:lineRule="auto"/>
      </w:pPr>
      <w:r>
        <w:t>13. NONDISCRIMINATION AND ACCESSIBILITY</w:t>
      </w:r>
    </w:p>
    <w:p w:rsidR="00D73498" w:rsidRDefault="00992A83">
      <w:pPr>
        <w:spacing w:after="100" w:line="240" w:lineRule="auto"/>
      </w:pPr>
      <w:r>
        <w:t xml:space="preserve">You may not discriminate against any rider or prospective rider on the basis </w:t>
      </w:r>
      <w:r>
        <w:t>of race, color, ethnicity, national origin, religion, sex, gender, gender identity, sexual orientation, disability, medical condition, marital status, age, or any other classification protected by law.</w:t>
      </w:r>
    </w:p>
    <w:p w:rsidR="00D73498" w:rsidRDefault="00992A83">
      <w:pPr>
        <w:spacing w:after="100" w:line="240" w:lineRule="auto"/>
      </w:pPr>
      <w:r>
        <w:t>You must comply with all accessibility obligations app</w:t>
      </w:r>
      <w:r>
        <w:t>licable to transportation network company drivers under Florida and federal law.</w:t>
      </w:r>
    </w:p>
    <w:p w:rsidR="00D73498" w:rsidRDefault="00992A83">
      <w:pPr>
        <w:spacing w:after="100" w:line="240" w:lineRule="auto"/>
      </w:pPr>
      <w:r>
        <w:t>You may not deny service to a rider because the rider is accompanied by a lawful service animal. You may not charge a rider any additional fee because of a lawful service anim</w:t>
      </w:r>
      <w:r>
        <w:t>al.</w:t>
      </w:r>
    </w:p>
    <w:p w:rsidR="00D73498" w:rsidRDefault="00992A83">
      <w:pPr>
        <w:pStyle w:val="SectionHead"/>
        <w:spacing w:before="160" w:after="80" w:line="240" w:lineRule="auto"/>
      </w:pPr>
      <w:r>
        <w:t>14. SERVICE ANIMALS</w:t>
      </w:r>
    </w:p>
    <w:p w:rsidR="00D73498" w:rsidRDefault="00992A83">
      <w:pPr>
        <w:spacing w:after="100" w:line="240" w:lineRule="auto"/>
      </w:pPr>
      <w:r>
        <w:t>You must transport riders accompanied by lawful service animals to the extent required by applicable law.</w:t>
      </w:r>
    </w:p>
    <w:p w:rsidR="00D73498" w:rsidRDefault="00992A83">
      <w:pPr>
        <w:spacing w:after="100" w:line="240" w:lineRule="auto"/>
      </w:pPr>
      <w:r>
        <w:t xml:space="preserve">Refusal to transport a rider because of a lawful service animal may result in immediate suspension or </w:t>
      </w:r>
      <w:r>
        <w:t>deactivation.</w:t>
      </w:r>
    </w:p>
    <w:p w:rsidR="00D73498" w:rsidRDefault="00992A83">
      <w:pPr>
        <w:spacing w:after="100" w:line="240" w:lineRule="auto"/>
      </w:pPr>
      <w:r>
        <w:t>Nothing in this Section prevents you from taking lawful and reasonable action in response to an actual safety threat or uncontrolled animal behavior, to the extent permitted by law.</w:t>
      </w:r>
    </w:p>
    <w:p w:rsidR="00D73498" w:rsidRDefault="00992A83">
      <w:pPr>
        <w:pStyle w:val="SectionHead"/>
        <w:spacing w:before="160" w:after="80" w:line="240" w:lineRule="auto"/>
      </w:pPr>
      <w:r>
        <w:t>15. IDENTITY, DOCUMENTS, AND PLATFORM DISPLAY</w:t>
      </w:r>
    </w:p>
    <w:p w:rsidR="00D73498" w:rsidRDefault="00992A83">
      <w:pPr>
        <w:spacing w:after="100" w:line="240" w:lineRule="auto"/>
      </w:pPr>
      <w:r>
        <w:t>You agree that</w:t>
      </w:r>
      <w:r>
        <w:t xml:space="preserve"> YIRO may display to riders certain information about you and your vehicle, including your first name, photograph, vehicle make and model, vehicle color, and license plate number, as required for rider safety and Platform functionality.</w:t>
      </w:r>
    </w:p>
    <w:p w:rsidR="00D73498" w:rsidRDefault="00992A83">
      <w:pPr>
        <w:spacing w:after="100" w:line="240" w:lineRule="auto"/>
      </w:pPr>
      <w:r>
        <w:t>You must maintain a</w:t>
      </w:r>
      <w:r>
        <w:t>ccurate and current documents on file with YIRO at all times.</w:t>
      </w:r>
    </w:p>
    <w:p w:rsidR="00D73498" w:rsidRDefault="00992A83">
      <w:pPr>
        <w:spacing w:after="100" w:line="240" w:lineRule="auto"/>
      </w:pPr>
      <w:r>
        <w:t>Failure to maintain valid documents may result in suspension or deactivation.</w:t>
      </w:r>
    </w:p>
    <w:p w:rsidR="00D73498" w:rsidRDefault="00992A83">
      <w:pPr>
        <w:pStyle w:val="SectionHead"/>
        <w:spacing w:before="160" w:after="80" w:line="240" w:lineRule="auto"/>
      </w:pPr>
      <w:r>
        <w:t>16. FEES, COMMISSIONS, AND PAYMENTS</w:t>
      </w:r>
    </w:p>
    <w:p w:rsidR="00D73498" w:rsidRDefault="00992A83">
      <w:pPr>
        <w:spacing w:after="100" w:line="240" w:lineRule="auto"/>
      </w:pPr>
      <w:r>
        <w:t>YIRO may collect fares, service fees, booking fees, cancellation fees, wait-time</w:t>
      </w:r>
      <w:r>
        <w:t xml:space="preserve"> charges, toll reimbursements, cleaning or damage charges, and other permitted charges through the Platform.</w:t>
      </w:r>
    </w:p>
    <w:p w:rsidR="00D73498" w:rsidRDefault="00992A83">
      <w:pPr>
        <w:spacing w:after="100" w:line="240" w:lineRule="auto"/>
      </w:pPr>
      <w:r>
        <w:t>Your compensation, if any, will be calculated according to the pricing, commission, payout, incentive, and fee structure communicated by YIRO throu</w:t>
      </w:r>
      <w:r>
        <w:t>gh the Platform, your onboarding materials, driver communications, or a separate driver fee schedule or policy. YIRO will disclose the types of fees, commissions, deductions, adjustments, and payout options applicable to your use of the Platform, and the e</w:t>
      </w:r>
      <w:r>
        <w:t>xact rates or percentages may be stated in the app, onboarding materials, or other written policy and may be updated from time to time upon notice through the Platform or other reasonable driver communication channels.</w:t>
      </w:r>
    </w:p>
    <w:p w:rsidR="00D73498" w:rsidRDefault="00992A83">
      <w:pPr>
        <w:spacing w:after="100" w:line="240" w:lineRule="auto"/>
      </w:pPr>
      <w:r>
        <w:t>You acknowledge and agree that:</w:t>
      </w:r>
    </w:p>
    <w:p w:rsidR="00D73498" w:rsidRDefault="00992A83">
      <w:pPr>
        <w:spacing w:after="40" w:line="240" w:lineRule="auto"/>
        <w:ind w:left="317" w:hanging="230"/>
      </w:pPr>
      <w:r>
        <w:t>• YIR</w:t>
      </w:r>
      <w:r>
        <w:t>O may retain a platform fee, service fee, booking fee, commission, processing fee, or other lawful charge from amounts collected through the Platform;</w:t>
      </w:r>
    </w:p>
    <w:p w:rsidR="00D73498" w:rsidRDefault="00992A83">
      <w:pPr>
        <w:spacing w:after="40" w:line="240" w:lineRule="auto"/>
        <w:ind w:left="317" w:hanging="230"/>
      </w:pPr>
      <w:r>
        <w:lastRenderedPageBreak/>
        <w:t xml:space="preserve">• YIRO may adjust payouts to account for tolls, promotions, rider refunds, chargebacks, fraud, duplicate </w:t>
      </w:r>
      <w:r>
        <w:t>payments, overpayments, incentives, penalties authorized by policy, or other corrections;</w:t>
      </w:r>
    </w:p>
    <w:p w:rsidR="00D73498" w:rsidRDefault="00992A83">
      <w:pPr>
        <w:spacing w:after="40" w:line="240" w:lineRule="auto"/>
        <w:ind w:left="317" w:hanging="230"/>
      </w:pPr>
      <w:r>
        <w:t>• YIRO may offer different payout options, including standard, expedited, instant, daily, weekly, or other payout schedules or methods made available through the Plat</w:t>
      </w:r>
      <w:r>
        <w:t>form or written policy; and</w:t>
      </w:r>
    </w:p>
    <w:p w:rsidR="00D73498" w:rsidRDefault="00992A83">
      <w:pPr>
        <w:spacing w:after="40" w:line="240" w:lineRule="auto"/>
        <w:ind w:left="317" w:hanging="230"/>
      </w:pPr>
      <w:r>
        <w:t>• YIRO may delay payment where reasonably necessary to investigate fraud, safety incidents, payment disputes, account irregularities, or legal compliance issues, and payout timing may depend on banking systems, third-party payme</w:t>
      </w:r>
      <w:r>
        <w:t>nt processors, holidays, weekends, reserve holds, or internal review.</w:t>
      </w:r>
    </w:p>
    <w:p w:rsidR="00D73498" w:rsidRDefault="00992A83">
      <w:pPr>
        <w:spacing w:after="100" w:line="240" w:lineRule="auto"/>
      </w:pPr>
      <w:r>
        <w:t>You are solely responsible for reviewing your trip history and payment records and promptly reporting any good-faith payment dispute.</w:t>
      </w:r>
    </w:p>
    <w:p w:rsidR="00D73498" w:rsidRDefault="00992A83">
      <w:pPr>
        <w:pStyle w:val="SectionHead"/>
        <w:spacing w:before="160" w:after="80" w:line="240" w:lineRule="auto"/>
      </w:pPr>
      <w:r>
        <w:t>17. TAXES AND EXPENSES</w:t>
      </w:r>
    </w:p>
    <w:p w:rsidR="00D73498" w:rsidRDefault="00992A83">
      <w:pPr>
        <w:spacing w:after="100" w:line="240" w:lineRule="auto"/>
      </w:pPr>
      <w:r>
        <w:t>As an independent contractor,</w:t>
      </w:r>
      <w:r>
        <w:t xml:space="preserve"> you are solely responsible for:</w:t>
      </w:r>
    </w:p>
    <w:p w:rsidR="00D73498" w:rsidRDefault="00992A83">
      <w:pPr>
        <w:spacing w:after="40" w:line="240" w:lineRule="auto"/>
        <w:ind w:left="317" w:hanging="230"/>
      </w:pPr>
      <w:r>
        <w:t>• all taxes arising from your earnings or business activities;</w:t>
      </w:r>
    </w:p>
    <w:p w:rsidR="00D73498" w:rsidRDefault="00992A83">
      <w:pPr>
        <w:spacing w:after="40" w:line="240" w:lineRule="auto"/>
        <w:ind w:left="317" w:hanging="230"/>
      </w:pPr>
      <w:r>
        <w:t>• fuel, maintenance, repairs, depreciation, cleaning, and vehicle ownership costs;</w:t>
      </w:r>
    </w:p>
    <w:p w:rsidR="00D73498" w:rsidRDefault="00992A83">
      <w:pPr>
        <w:spacing w:after="40" w:line="240" w:lineRule="auto"/>
        <w:ind w:left="317" w:hanging="230"/>
      </w:pPr>
      <w:r>
        <w:t>• insurance premiums;</w:t>
      </w:r>
    </w:p>
    <w:p w:rsidR="00D73498" w:rsidRDefault="00992A83">
      <w:pPr>
        <w:spacing w:after="40" w:line="240" w:lineRule="auto"/>
        <w:ind w:left="317" w:hanging="230"/>
      </w:pPr>
      <w:r>
        <w:t>• licensing, registration, tolls, parking, and citation</w:t>
      </w:r>
      <w:r>
        <w:t>s not reimbursable under YIRO policy;</w:t>
      </w:r>
    </w:p>
    <w:p w:rsidR="00D73498" w:rsidRDefault="00992A83">
      <w:pPr>
        <w:spacing w:after="40" w:line="240" w:lineRule="auto"/>
        <w:ind w:left="317" w:hanging="230"/>
      </w:pPr>
      <w:r>
        <w:t>• mobile device costs, data plans, and communications charges; and</w:t>
      </w:r>
    </w:p>
    <w:p w:rsidR="00D73498" w:rsidRDefault="00992A83">
      <w:pPr>
        <w:spacing w:after="40" w:line="240" w:lineRule="auto"/>
        <w:ind w:left="317" w:hanging="230"/>
      </w:pPr>
      <w:r>
        <w:t>• any other business expenses you incur.</w:t>
      </w:r>
    </w:p>
    <w:p w:rsidR="00D73498" w:rsidRDefault="00992A83">
      <w:pPr>
        <w:spacing w:after="100" w:line="240" w:lineRule="auto"/>
      </w:pPr>
      <w:r>
        <w:t>YIRO may issue tax reporting forms as required by law, but you remain solely responsible for your own tax comp</w:t>
      </w:r>
      <w:r>
        <w:t>liance.</w:t>
      </w:r>
    </w:p>
    <w:p w:rsidR="00D73498" w:rsidRDefault="00992A83">
      <w:pPr>
        <w:pStyle w:val="SectionHead"/>
        <w:spacing w:before="160" w:after="80" w:line="240" w:lineRule="auto"/>
      </w:pPr>
      <w:r>
        <w:t>18. RATINGS, QUALITY, AND PERFORMANCE</w:t>
      </w:r>
    </w:p>
    <w:p w:rsidR="00D73498" w:rsidRDefault="00992A83">
      <w:pPr>
        <w:spacing w:after="100" w:line="240" w:lineRule="auto"/>
      </w:pPr>
      <w:r>
        <w:t xml:space="preserve">YIRO may use rider ratings, complaints, cancellations, completion rates, fraud indicators, safety incidents, document compliance, and other quality or performance metrics to evaluate your access to the </w:t>
      </w:r>
      <w:r>
        <w:t>Platform.</w:t>
      </w:r>
    </w:p>
    <w:p w:rsidR="00D73498" w:rsidRDefault="00992A83">
      <w:pPr>
        <w:spacing w:after="100" w:line="240" w:lineRule="auto"/>
      </w:pPr>
      <w:r>
        <w:t>YIRO may establish minimum quality, safety, document, or performance standards and may update them from time to time.</w:t>
      </w:r>
    </w:p>
    <w:p w:rsidR="00D73498" w:rsidRDefault="00992A83">
      <w:pPr>
        <w:spacing w:after="100" w:line="240" w:lineRule="auto"/>
      </w:pPr>
      <w:r>
        <w:t>Repeated failure to meet Platform standards may result in coaching, warnings, temporary suspension, or deactivation.</w:t>
      </w:r>
    </w:p>
    <w:p w:rsidR="00D73498" w:rsidRDefault="00992A83">
      <w:pPr>
        <w:pStyle w:val="SectionHead"/>
        <w:spacing w:before="160" w:after="80" w:line="240" w:lineRule="auto"/>
      </w:pPr>
      <w:r>
        <w:t>19. DEACTIV</w:t>
      </w:r>
      <w:r>
        <w:t>ATION AND SUSPENSION</w:t>
      </w:r>
    </w:p>
    <w:p w:rsidR="00D73498" w:rsidRDefault="00992A83">
      <w:pPr>
        <w:spacing w:after="100" w:line="240" w:lineRule="auto"/>
      </w:pPr>
      <w:r>
        <w:t>YIRO may suspend, restrict, or deactivate your access to the Platform immediately, with or without prior notice, if YIRO determines, in its sole reasonable discretion, that:</w:t>
      </w:r>
    </w:p>
    <w:p w:rsidR="00D73498" w:rsidRDefault="00992A83">
      <w:pPr>
        <w:spacing w:after="40" w:line="240" w:lineRule="auto"/>
        <w:ind w:left="317" w:hanging="230"/>
      </w:pPr>
      <w:r>
        <w:t>• you violated this Agreement or any YIRO policy;</w:t>
      </w:r>
    </w:p>
    <w:p w:rsidR="00D73498" w:rsidRDefault="00992A83">
      <w:pPr>
        <w:spacing w:after="40" w:line="240" w:lineRule="auto"/>
        <w:ind w:left="317" w:hanging="230"/>
      </w:pPr>
      <w:r>
        <w:t>• you no lo</w:t>
      </w:r>
      <w:r>
        <w:t>nger meet driver or vehicle eligibility requirements;</w:t>
      </w:r>
    </w:p>
    <w:p w:rsidR="00D73498" w:rsidRDefault="00992A83">
      <w:pPr>
        <w:spacing w:after="40" w:line="240" w:lineRule="auto"/>
        <w:ind w:left="317" w:hanging="230"/>
      </w:pPr>
      <w:r>
        <w:t>• you failed a background check or document review;</w:t>
      </w:r>
    </w:p>
    <w:p w:rsidR="00D73498" w:rsidRDefault="00992A83">
      <w:pPr>
        <w:spacing w:after="40" w:line="240" w:lineRule="auto"/>
        <w:ind w:left="317" w:hanging="230"/>
      </w:pPr>
      <w:r>
        <w:t>• your insurance is invalid, insufficient, or expired;</w:t>
      </w:r>
    </w:p>
    <w:p w:rsidR="00D73498" w:rsidRDefault="00992A83">
      <w:pPr>
        <w:spacing w:after="40" w:line="240" w:lineRule="auto"/>
        <w:ind w:left="317" w:hanging="230"/>
      </w:pPr>
      <w:r>
        <w:t>• your driver's license, registration, or driving privileges are suspended, revoked, expired, o</w:t>
      </w:r>
      <w:r>
        <w:t>r restricted;</w:t>
      </w:r>
    </w:p>
    <w:p w:rsidR="00D73498" w:rsidRDefault="00992A83">
      <w:pPr>
        <w:spacing w:after="40" w:line="240" w:lineRule="auto"/>
        <w:ind w:left="317" w:hanging="230"/>
      </w:pPr>
      <w:r>
        <w:t>• you engaged in unsafe, unlawful, fraudulent, abusive, discriminatory, or inappropriate conduct;</w:t>
      </w:r>
    </w:p>
    <w:p w:rsidR="00D73498" w:rsidRDefault="00992A83">
      <w:pPr>
        <w:spacing w:after="40" w:line="240" w:lineRule="auto"/>
        <w:ind w:left="317" w:hanging="230"/>
      </w:pPr>
      <w:r>
        <w:t>• you received serious or repeated rider complaints;</w:t>
      </w:r>
    </w:p>
    <w:p w:rsidR="00D73498" w:rsidRDefault="00992A83">
      <w:pPr>
        <w:spacing w:after="40" w:line="240" w:lineRule="auto"/>
        <w:ind w:left="317" w:hanging="230"/>
      </w:pPr>
      <w:r>
        <w:t>• you violated the zero-tolerance drug and alcohol policy;</w:t>
      </w:r>
    </w:p>
    <w:p w:rsidR="00D73498" w:rsidRDefault="00992A83">
      <w:pPr>
        <w:spacing w:after="40" w:line="240" w:lineRule="auto"/>
        <w:ind w:left="317" w:hanging="230"/>
      </w:pPr>
      <w:r>
        <w:t>• you refused lawful service-ani</w:t>
      </w:r>
      <w:r>
        <w:t>mal transportation;</w:t>
      </w:r>
    </w:p>
    <w:p w:rsidR="00D73498" w:rsidRDefault="00992A83">
      <w:pPr>
        <w:spacing w:after="40" w:line="240" w:lineRule="auto"/>
        <w:ind w:left="317" w:hanging="230"/>
      </w:pPr>
      <w:r>
        <w:t>• you created legal, regulatory, insurance, reputational, or safety exposure for YIRO; or</w:t>
      </w:r>
    </w:p>
    <w:p w:rsidR="00D73498" w:rsidRDefault="00992A83">
      <w:pPr>
        <w:spacing w:after="40" w:line="240" w:lineRule="auto"/>
        <w:ind w:left="317" w:hanging="230"/>
      </w:pPr>
      <w:r>
        <w:t>• suspension or deactivation is necessary to protect riders, drivers, the public, or the integrity of the Platform.</w:t>
      </w:r>
    </w:p>
    <w:p w:rsidR="00D73498" w:rsidRDefault="00992A83">
      <w:pPr>
        <w:spacing w:after="100" w:line="240" w:lineRule="auto"/>
      </w:pPr>
      <w:r>
        <w:t xml:space="preserve">Where YIRO </w:t>
      </w:r>
      <w:r>
        <w:t>determines, in its discretion, that the issue may be cured or further clarification is appropriate, YIRO may allow you to submit information for review before making a final decision. YIRO is not required to provide an appeal or reinstatement process in ev</w:t>
      </w:r>
      <w:r>
        <w:t>ery case.</w:t>
      </w:r>
    </w:p>
    <w:p w:rsidR="00992A83" w:rsidRDefault="00992A83">
      <w:pPr>
        <w:pStyle w:val="SectionHead"/>
        <w:spacing w:before="160" w:after="80" w:line="240" w:lineRule="auto"/>
      </w:pPr>
    </w:p>
    <w:p w:rsidR="00D73498" w:rsidRDefault="00992A83">
      <w:pPr>
        <w:pStyle w:val="SectionHead"/>
        <w:spacing w:before="160" w:after="80" w:line="240" w:lineRule="auto"/>
      </w:pPr>
      <w:bookmarkStart w:id="0" w:name="_GoBack"/>
      <w:bookmarkEnd w:id="0"/>
      <w:r>
        <w:lastRenderedPageBreak/>
        <w:t>20. NO EXCLUSIVITY</w:t>
      </w:r>
    </w:p>
    <w:p w:rsidR="00D73498" w:rsidRDefault="00992A83">
      <w:pPr>
        <w:spacing w:after="100" w:line="240" w:lineRule="auto"/>
      </w:pPr>
      <w:r>
        <w:t>Nothing in this Agreement restricts you from using other platforms, working for competitors, engaging in other businesses, or pursuing other occupations, provided that your activities do not violate the law, misuse YIRO confide</w:t>
      </w:r>
      <w:r>
        <w:t>ntial information, or otherwise breach this Agreement.</w:t>
      </w:r>
    </w:p>
    <w:p w:rsidR="00D73498" w:rsidRDefault="00992A83">
      <w:pPr>
        <w:pStyle w:val="SectionHead"/>
        <w:spacing w:before="160" w:after="80" w:line="240" w:lineRule="auto"/>
      </w:pPr>
      <w:r>
        <w:t>21. PREMIUM SERVICES AND DRESS CODE</w:t>
      </w:r>
    </w:p>
    <w:p w:rsidR="00D73498" w:rsidRDefault="00992A83">
      <w:pPr>
        <w:spacing w:after="100" w:line="240" w:lineRule="auto"/>
      </w:pPr>
      <w:r>
        <w:t>For premium service tiers, including YIRO Black or any similar high-end category designated by YIRO, you must comply with additional appearance, professionalism, and</w:t>
      </w:r>
      <w:r>
        <w:t xml:space="preserve"> vehicle presentation standards communicated by YIRO.</w:t>
      </w:r>
    </w:p>
    <w:p w:rsidR="00D73498" w:rsidRDefault="00992A83">
      <w:pPr>
        <w:spacing w:after="100" w:line="240" w:lineRule="auto"/>
      </w:pPr>
      <w:r>
        <w:t>These standards may include business or formal dress, a professional and well-groomed appearance, enhanced vehicle cleanliness, odor-free interiors, premium amenities, and other service-level expectatio</w:t>
      </w:r>
      <w:r>
        <w:t>ns appropriate for high-end transportation offerings.</w:t>
      </w:r>
    </w:p>
    <w:p w:rsidR="00D73498" w:rsidRDefault="00992A83">
      <w:pPr>
        <w:spacing w:after="100" w:line="240" w:lineRule="auto"/>
      </w:pPr>
      <w:r>
        <w:t>Failure to comply with premium-tier standards may result in removal from the applicable premium category, temporary suspension from receiving premium-tier trips, or other corrective action.</w:t>
      </w:r>
    </w:p>
    <w:p w:rsidR="00D73498" w:rsidRDefault="00992A83">
      <w:pPr>
        <w:pStyle w:val="SectionHead"/>
        <w:spacing w:before="160" w:after="80" w:line="240" w:lineRule="auto"/>
      </w:pPr>
      <w:r>
        <w:t>22. CONFIDEN</w:t>
      </w:r>
      <w:r>
        <w:t>TIALITY</w:t>
      </w:r>
    </w:p>
    <w:p w:rsidR="00D73498" w:rsidRDefault="00992A83">
      <w:pPr>
        <w:spacing w:after="100" w:line="240" w:lineRule="auto"/>
      </w:pPr>
      <w:r>
        <w:t xml:space="preserve">You agree that any non-public information provided by YIRO regarding its business operations, pricing structures, platform design, software features, internal policies, rider information, business partners, or future plans constitutes confidential </w:t>
      </w:r>
      <w:r>
        <w:t>information.</w:t>
      </w:r>
    </w:p>
    <w:p w:rsidR="00D73498" w:rsidRDefault="00992A83">
      <w:pPr>
        <w:spacing w:after="100" w:line="240" w:lineRule="auto"/>
      </w:pPr>
      <w:r>
        <w:t>You may not disclose, copy, use, or exploit YIRO confidential information except as necessary to use the Platform in accordance with this Agreement or as required by law.</w:t>
      </w:r>
    </w:p>
    <w:p w:rsidR="00D73498" w:rsidRDefault="00992A83">
      <w:pPr>
        <w:spacing w:after="100" w:line="240" w:lineRule="auto"/>
      </w:pPr>
      <w:r>
        <w:t xml:space="preserve">This Section does not apply to information that is publicly </w:t>
      </w:r>
      <w:r>
        <w:t>available through no fault of your own.</w:t>
      </w:r>
    </w:p>
    <w:p w:rsidR="00D73498" w:rsidRDefault="00992A83">
      <w:pPr>
        <w:pStyle w:val="SectionHead"/>
        <w:spacing w:before="160" w:after="80" w:line="240" w:lineRule="auto"/>
      </w:pPr>
      <w:r>
        <w:t>23. PRIVACY AND DATA USE</w:t>
      </w:r>
    </w:p>
    <w:p w:rsidR="00D73498" w:rsidRDefault="00992A83">
      <w:pPr>
        <w:spacing w:after="100" w:line="240" w:lineRule="auto"/>
      </w:pPr>
      <w:r>
        <w:t xml:space="preserve">You acknowledge that YIRO may collect, use, process, store, and disclose information relating to you, your vehicle, your trips, your location, your performance, your communications, and your </w:t>
      </w:r>
      <w:r>
        <w:t>documents in accordance with the YIRO Privacy Policy and applicable law.</w:t>
      </w:r>
    </w:p>
    <w:p w:rsidR="00D73498" w:rsidRDefault="00992A83">
      <w:pPr>
        <w:spacing w:after="100" w:line="240" w:lineRule="auto"/>
      </w:pPr>
      <w:r>
        <w:t>You consent to YIRO's use of such information for Platform operations, safety, compliance, payments, customer service, fraud prevention, recordkeeping, analytics, legal compliance, an</w:t>
      </w:r>
      <w:r>
        <w:t>d related business purposes.</w:t>
      </w:r>
    </w:p>
    <w:p w:rsidR="00D73498" w:rsidRDefault="00992A83">
      <w:pPr>
        <w:pStyle w:val="SectionHead"/>
        <w:spacing w:before="160" w:after="80" w:line="240" w:lineRule="auto"/>
      </w:pPr>
      <w:r>
        <w:t>24. COMMUNICATIONS CONSENT</w:t>
      </w:r>
    </w:p>
    <w:p w:rsidR="00D73498" w:rsidRDefault="00992A83">
      <w:pPr>
        <w:spacing w:after="100" w:line="240" w:lineRule="auto"/>
      </w:pPr>
      <w:r>
        <w:t>You consent to receive communications from YIRO, its affiliates, vendors, service providers, and agents by email, phone call, text message, push notification, and in-app message for operational, compl</w:t>
      </w:r>
      <w:r>
        <w:t>iance, safety, payment, support, and account-related purposes.</w:t>
      </w:r>
    </w:p>
    <w:p w:rsidR="00D73498" w:rsidRDefault="00992A83">
      <w:pPr>
        <w:spacing w:after="100" w:line="240" w:lineRule="auto"/>
      </w:pPr>
      <w:r>
        <w:t>These communications may include onboarding notices, account alerts, document reminders, payout notices, ride opportunities, safety notices, legal notices, and policy updates.</w:t>
      </w:r>
    </w:p>
    <w:p w:rsidR="00D73498" w:rsidRDefault="00992A83">
      <w:pPr>
        <w:spacing w:after="100" w:line="240" w:lineRule="auto"/>
      </w:pPr>
      <w:r>
        <w:t>You are responsib</w:t>
      </w:r>
      <w:r>
        <w:t>le for all carrier charges and device costs associated with such communications.</w:t>
      </w:r>
    </w:p>
    <w:p w:rsidR="00D73498" w:rsidRDefault="00992A83">
      <w:pPr>
        <w:pStyle w:val="SectionHead"/>
        <w:spacing w:before="160" w:after="80" w:line="240" w:lineRule="auto"/>
      </w:pPr>
      <w:r>
        <w:t>25. INTELLECTUAL PROPERTY AND PLATFORM USE</w:t>
      </w:r>
    </w:p>
    <w:p w:rsidR="00D73498" w:rsidRDefault="00992A83">
      <w:pPr>
        <w:spacing w:after="100" w:line="240" w:lineRule="auto"/>
      </w:pPr>
      <w:r>
        <w:t>YIRO and its licensors retain all rights, title, and interest in and to the Platform, software, trademarks, service marks, logos, co</w:t>
      </w:r>
      <w:r>
        <w:t>ntent, and related technology.</w:t>
      </w:r>
    </w:p>
    <w:p w:rsidR="00D73498" w:rsidRDefault="00992A83">
      <w:pPr>
        <w:spacing w:after="100" w:line="240" w:lineRule="auto"/>
      </w:pPr>
      <w:r>
        <w:t>YIRO grants you a limited, non-exclusive, non-transferable, revocable license to access and use the Platform solely for lawful use as an authorized driver under this Agreement.</w:t>
      </w:r>
    </w:p>
    <w:p w:rsidR="00D73498" w:rsidRDefault="00992A83">
      <w:pPr>
        <w:spacing w:after="100" w:line="240" w:lineRule="auto"/>
      </w:pPr>
      <w:r>
        <w:t>You may not:</w:t>
      </w:r>
    </w:p>
    <w:p w:rsidR="00D73498" w:rsidRDefault="00992A83">
      <w:pPr>
        <w:spacing w:after="40" w:line="240" w:lineRule="auto"/>
        <w:ind w:left="317" w:hanging="230"/>
      </w:pPr>
      <w:r>
        <w:t>• copy, modify, distribute, sell, l</w:t>
      </w:r>
      <w:r>
        <w:t>ease, sublicense, or reverse engineer the Platform;</w:t>
      </w:r>
    </w:p>
    <w:p w:rsidR="00D73498" w:rsidRDefault="00992A83">
      <w:pPr>
        <w:spacing w:after="40" w:line="240" w:lineRule="auto"/>
        <w:ind w:left="317" w:hanging="230"/>
      </w:pPr>
      <w:r>
        <w:t>• use bots, scripts, scraping tools, automation, or unauthorized software in connection with the Platform;</w:t>
      </w:r>
    </w:p>
    <w:p w:rsidR="00D73498" w:rsidRDefault="00992A83">
      <w:pPr>
        <w:spacing w:after="40" w:line="240" w:lineRule="auto"/>
        <w:ind w:left="317" w:hanging="230"/>
      </w:pPr>
      <w:r>
        <w:t>• interfere with Platform functionality or security;</w:t>
      </w:r>
    </w:p>
    <w:p w:rsidR="00D73498" w:rsidRDefault="00992A83">
      <w:pPr>
        <w:spacing w:after="40" w:line="240" w:lineRule="auto"/>
        <w:ind w:left="317" w:hanging="230"/>
      </w:pPr>
      <w:r>
        <w:t>• misuse YIRO trademarks, branding, or trade</w:t>
      </w:r>
      <w:r>
        <w:t xml:space="preserve"> dress; or</w:t>
      </w:r>
    </w:p>
    <w:p w:rsidR="00D73498" w:rsidRDefault="00992A83">
      <w:pPr>
        <w:spacing w:after="40" w:line="240" w:lineRule="auto"/>
        <w:ind w:left="317" w:hanging="230"/>
      </w:pPr>
      <w:r>
        <w:t>• create derivative works based on the Platform without written consent.</w:t>
      </w:r>
    </w:p>
    <w:p w:rsidR="00D73498" w:rsidRDefault="00992A83">
      <w:pPr>
        <w:pStyle w:val="SectionHead"/>
        <w:spacing w:before="160" w:after="80" w:line="240" w:lineRule="auto"/>
      </w:pPr>
      <w:r>
        <w:lastRenderedPageBreak/>
        <w:t>26. DISCLAIMER OF WARRANTIES</w:t>
      </w:r>
    </w:p>
    <w:p w:rsidR="00D73498" w:rsidRDefault="00992A83">
      <w:pPr>
        <w:spacing w:after="100" w:line="240" w:lineRule="auto"/>
      </w:pPr>
      <w:r>
        <w:t>THE PLATFORM IS PROVIDED "AS IS" AND "AS AVAILABLE."</w:t>
      </w:r>
    </w:p>
    <w:p w:rsidR="00D73498" w:rsidRDefault="00992A83">
      <w:pPr>
        <w:spacing w:after="100" w:line="240" w:lineRule="auto"/>
      </w:pPr>
      <w:r>
        <w:t>TO THE MAXIMUM EXTENT PERMITTED BY LAW, YIRO DISCLAIMS ALL WARRANTIES, EXPRESS, IMPLIED, O</w:t>
      </w:r>
      <w:r>
        <w:t>R STATUTORY, INCLUDING IMPLIED WARRANTIES OF MERCHANTABILITY, FITNESS FOR A PARTICULAR PURPOSE, TITLE, NON-INFRINGEMENT, AVAILABILITY, ACCURACY, AND RELIABILITY.</w:t>
      </w:r>
    </w:p>
    <w:p w:rsidR="00D73498" w:rsidRDefault="00992A83">
      <w:pPr>
        <w:spacing w:after="100" w:line="240" w:lineRule="auto"/>
      </w:pPr>
      <w:r>
        <w:t>YIRO DOES NOT GUARANTEE THAT THE PLATFORM WILL BE AVAILABLE AT ALL TIMES, FREE OF ERRORS, SECU</w:t>
      </w:r>
      <w:r>
        <w:t>RE, OR PROFITABLE FOR YOU.</w:t>
      </w:r>
    </w:p>
    <w:p w:rsidR="00D73498" w:rsidRDefault="00992A83">
      <w:pPr>
        <w:pStyle w:val="SectionHead"/>
        <w:spacing w:before="160" w:after="80" w:line="240" w:lineRule="auto"/>
      </w:pPr>
      <w:r>
        <w:t>27. LIMITATION OF LIABILITY</w:t>
      </w:r>
    </w:p>
    <w:p w:rsidR="00D73498" w:rsidRDefault="00992A83">
      <w:pPr>
        <w:spacing w:after="100" w:line="240" w:lineRule="auto"/>
      </w:pPr>
      <w:r>
        <w:t>TO THE MAXIMUM EXTENT PERMITTED BY LAW, YIRO AND ITS AFFILIATES, MEMBERS, MANAGERS, OFFICERS, DIRECTORS, EMPLOYEES, AGENTS, VENDORS, AND SERVICE PROVIDERS SHALL NOT BE LIABLE FOR ANY INDIRECT, INCIDENT</w:t>
      </w:r>
      <w:r>
        <w:t>AL, SPECIAL, EXEMPLARY, PUNITIVE, OR CONSEQUENTIAL DAMAGES, OR FOR ANY LOSS OF PROFITS, LOSS OF DATA, LOSS OF BUSINESS, VEHICLE DAMAGE, PERSONAL PROPERTY LOSS, OR EMOTIONAL DISTRESS ARISING OUT OF OR RELATED TO THIS AGREEMENT, THE PLATFORM, OR YOUR ACTIVIT</w:t>
      </w:r>
      <w:r>
        <w:t>IES AS A DRIVER.</w:t>
      </w:r>
    </w:p>
    <w:p w:rsidR="00D73498" w:rsidRDefault="00992A83">
      <w:pPr>
        <w:spacing w:after="100" w:line="240" w:lineRule="auto"/>
      </w:pPr>
      <w:r>
        <w:t>TO THE MAXIMUM EXTENT PERMITTED BY LAW, YIRO'S AGGREGATE LIABILITY FOR ANY CLAIM ARISING OUT OF OR RELATING TO THIS AGREEMENT OR THE PLATFORM SHALL NOT EXCEED THE GREATER OF:</w:t>
      </w:r>
    </w:p>
    <w:p w:rsidR="00D73498" w:rsidRDefault="00992A83">
      <w:pPr>
        <w:spacing w:after="40" w:line="240" w:lineRule="auto"/>
        <w:ind w:left="317" w:hanging="230"/>
      </w:pPr>
      <w:r>
        <w:t>• the total amount paid by YIRO to you through the Platform duri</w:t>
      </w:r>
      <w:r>
        <w:t>ng the three (3) months immediately preceding the event giving rise to the claim; or</w:t>
      </w:r>
    </w:p>
    <w:p w:rsidR="00D73498" w:rsidRDefault="00992A83">
      <w:pPr>
        <w:spacing w:after="40" w:line="240" w:lineRule="auto"/>
        <w:ind w:left="317" w:hanging="230"/>
      </w:pPr>
      <w:r>
        <w:t>• one hundred U.S. dollars ($100.00).</w:t>
      </w:r>
    </w:p>
    <w:p w:rsidR="00D73498" w:rsidRDefault="00992A83">
      <w:pPr>
        <w:spacing w:after="100" w:line="240" w:lineRule="auto"/>
      </w:pPr>
      <w:r>
        <w:t>NOTHING IN THIS AGREEMENT SHALL LIMIT LIABILITY TO THE EXTENT SUCH LIMITATION IS PROHIBITED BY LAW.</w:t>
      </w:r>
    </w:p>
    <w:p w:rsidR="00D73498" w:rsidRDefault="00992A83">
      <w:pPr>
        <w:pStyle w:val="SectionHead"/>
        <w:spacing w:before="160" w:after="80" w:line="240" w:lineRule="auto"/>
      </w:pPr>
      <w:r>
        <w:t xml:space="preserve">28. </w:t>
      </w:r>
      <w:r>
        <w:t>INDEMNIFICATION</w:t>
      </w:r>
    </w:p>
    <w:p w:rsidR="00D73498" w:rsidRDefault="00992A83">
      <w:pPr>
        <w:spacing w:after="100" w:line="240" w:lineRule="auto"/>
      </w:pPr>
      <w:r>
        <w:t>You agree to defend, indemnify, and hold harmless YIRO and its affiliates, members, managers, officers, directors, employees, agents, successors, assigns, vendors, and service providers from and against any and all claims, demands, damages,</w:t>
      </w:r>
      <w:r>
        <w:t xml:space="preserve"> losses, liabilities, judgments, fines, penalties, costs, and expenses, including reasonable attorneys' fees, arising out of or related to:</w:t>
      </w:r>
    </w:p>
    <w:p w:rsidR="00D73498" w:rsidRDefault="00992A83">
      <w:pPr>
        <w:spacing w:after="40" w:line="240" w:lineRule="auto"/>
        <w:ind w:left="317" w:hanging="230"/>
      </w:pPr>
      <w:r>
        <w:t>• your breach of this Agreement;</w:t>
      </w:r>
    </w:p>
    <w:p w:rsidR="00D73498" w:rsidRDefault="00992A83">
      <w:pPr>
        <w:spacing w:after="40" w:line="240" w:lineRule="auto"/>
        <w:ind w:left="317" w:hanging="230"/>
      </w:pPr>
      <w:r>
        <w:t>• your use of the Platform;</w:t>
      </w:r>
    </w:p>
    <w:p w:rsidR="00D73498" w:rsidRDefault="00992A83">
      <w:pPr>
        <w:spacing w:after="40" w:line="240" w:lineRule="auto"/>
        <w:ind w:left="317" w:hanging="230"/>
      </w:pPr>
      <w:r>
        <w:t>• your provision of transportation services;</w:t>
      </w:r>
    </w:p>
    <w:p w:rsidR="00D73498" w:rsidRDefault="00992A83">
      <w:pPr>
        <w:spacing w:after="40" w:line="240" w:lineRule="auto"/>
        <w:ind w:left="317" w:hanging="230"/>
      </w:pPr>
      <w:r>
        <w:t>• your vio</w:t>
      </w:r>
      <w:r>
        <w:t>lation of law;</w:t>
      </w:r>
    </w:p>
    <w:p w:rsidR="00D73498" w:rsidRDefault="00992A83">
      <w:pPr>
        <w:spacing w:after="40" w:line="240" w:lineRule="auto"/>
        <w:ind w:left="317" w:hanging="230"/>
      </w:pPr>
      <w:r>
        <w:t>• your negligence, misconduct, or fraud;</w:t>
      </w:r>
    </w:p>
    <w:p w:rsidR="00D73498" w:rsidRDefault="00992A83">
      <w:pPr>
        <w:spacing w:after="40" w:line="240" w:lineRule="auto"/>
        <w:ind w:left="317" w:hanging="230"/>
      </w:pPr>
      <w:r>
        <w:t>• bodily injury, death, or property damage caused by you or your vehicle;</w:t>
      </w:r>
    </w:p>
    <w:p w:rsidR="00D73498" w:rsidRDefault="00992A83">
      <w:pPr>
        <w:spacing w:after="40" w:line="240" w:lineRule="auto"/>
        <w:ind w:left="317" w:hanging="230"/>
      </w:pPr>
      <w:r>
        <w:t>• your failure to maintain required insurance; or</w:t>
      </w:r>
    </w:p>
    <w:p w:rsidR="00D73498" w:rsidRDefault="00992A83">
      <w:pPr>
        <w:spacing w:after="40" w:line="240" w:lineRule="auto"/>
        <w:ind w:left="317" w:hanging="230"/>
      </w:pPr>
      <w:r>
        <w:t>• your violation of the rights of any rider, third party, or government auth</w:t>
      </w:r>
      <w:r>
        <w:t>ority.</w:t>
      </w:r>
    </w:p>
    <w:p w:rsidR="00D73498" w:rsidRDefault="00992A83">
      <w:pPr>
        <w:pStyle w:val="SectionHead"/>
        <w:spacing w:before="160" w:after="80" w:line="240" w:lineRule="auto"/>
      </w:pPr>
      <w:r>
        <w:t>29. DISPUTE RESOLUTION</w:t>
      </w:r>
    </w:p>
    <w:p w:rsidR="00D73498" w:rsidRDefault="00992A83">
      <w:pPr>
        <w:spacing w:after="100" w:line="240" w:lineRule="auto"/>
      </w:pPr>
      <w:r>
        <w:t xml:space="preserve">Any dispute, claim, or controversy arising out of or relating to this Agreement, the Platform, or your relationship with YIRO shall first be submitted to YIRO in writing with a reasonable opportunity for informal </w:t>
      </w:r>
      <w:r>
        <w:t>resolution.</w:t>
      </w:r>
    </w:p>
    <w:p w:rsidR="00D73498" w:rsidRDefault="00992A83">
      <w:pPr>
        <w:spacing w:after="100" w:line="240" w:lineRule="auto"/>
      </w:pPr>
      <w:r>
        <w:t>If the dispute is not resolved informally, the dispute shall be resolved through binding arbitration on an individual basis, except where prohibited by law.</w:t>
      </w:r>
    </w:p>
    <w:p w:rsidR="00D73498" w:rsidRDefault="00992A83">
      <w:pPr>
        <w:spacing w:after="100" w:line="240" w:lineRule="auto"/>
      </w:pPr>
      <w:r>
        <w:t>You agree that, to the maximum extent permitted by law:</w:t>
      </w:r>
    </w:p>
    <w:p w:rsidR="00D73498" w:rsidRDefault="00992A83">
      <w:pPr>
        <w:spacing w:after="40" w:line="240" w:lineRule="auto"/>
        <w:ind w:left="317" w:hanging="230"/>
      </w:pPr>
      <w:r>
        <w:t>• disputes will be brought only</w:t>
      </w:r>
      <w:r>
        <w:t xml:space="preserve"> in your individual capacity and not as a plaintiff or class member in any purported class, collective, or representative proceeding;</w:t>
      </w:r>
    </w:p>
    <w:p w:rsidR="00D73498" w:rsidRDefault="00992A83">
      <w:pPr>
        <w:spacing w:after="40" w:line="240" w:lineRule="auto"/>
        <w:ind w:left="317" w:hanging="230"/>
      </w:pPr>
      <w:r>
        <w:t>• class, collective, and representative actions are waived; and</w:t>
      </w:r>
    </w:p>
    <w:p w:rsidR="00D73498" w:rsidRDefault="00992A83">
      <w:pPr>
        <w:spacing w:after="40" w:line="240" w:lineRule="auto"/>
        <w:ind w:left="317" w:hanging="230"/>
      </w:pPr>
      <w:r>
        <w:lastRenderedPageBreak/>
        <w:t>• any arbitration or court proceeding will be limited to t</w:t>
      </w:r>
      <w:r>
        <w:t>he dispute between you and YIRO individually.</w:t>
      </w:r>
    </w:p>
    <w:p w:rsidR="00D73498" w:rsidRDefault="00992A83">
      <w:pPr>
        <w:pStyle w:val="SectionHead"/>
        <w:spacing w:before="160" w:after="80" w:line="240" w:lineRule="auto"/>
      </w:pPr>
      <w:r>
        <w:t>30. GOVERNING LAW AND VENUE</w:t>
      </w:r>
    </w:p>
    <w:p w:rsidR="00D73498" w:rsidRDefault="00992A83">
      <w:pPr>
        <w:spacing w:after="100" w:line="240" w:lineRule="auto"/>
      </w:pPr>
      <w:r>
        <w:t>This Agreement shall be governed by the laws of the State of Florida, without regard to conflict-of-law principles, except to the extent federal law preempts Florida law.</w:t>
      </w:r>
    </w:p>
    <w:p w:rsidR="00D73498" w:rsidRDefault="00992A83">
      <w:pPr>
        <w:spacing w:after="100" w:line="240" w:lineRule="auto"/>
      </w:pPr>
      <w:r>
        <w:t xml:space="preserve">Subject to </w:t>
      </w:r>
      <w:r>
        <w:t>the dispute resolution provisions above, any action not required to be arbitrated shall be brought exclusively in the state or federal courts located in Miami-Dade County, Florida, and you consent to the personal jurisdiction of those courts.</w:t>
      </w:r>
    </w:p>
    <w:p w:rsidR="00D73498" w:rsidRDefault="00992A83">
      <w:pPr>
        <w:pStyle w:val="SectionHead"/>
        <w:spacing w:before="160" w:after="80" w:line="240" w:lineRule="auto"/>
      </w:pPr>
      <w:r>
        <w:t>31. CHANGES T</w:t>
      </w:r>
      <w:r>
        <w:t>O THIS AGREEMENT</w:t>
      </w:r>
    </w:p>
    <w:p w:rsidR="00D73498" w:rsidRDefault="00992A83">
      <w:pPr>
        <w:spacing w:after="100" w:line="240" w:lineRule="auto"/>
      </w:pPr>
      <w:r>
        <w:t>YIRO may modify this Agreement from time to time. If we make material changes, we may provide notice through the Platform, by email, by text message, or by other reasonable means.</w:t>
      </w:r>
    </w:p>
    <w:p w:rsidR="00D73498" w:rsidRDefault="00992A83">
      <w:pPr>
        <w:spacing w:after="100" w:line="240" w:lineRule="auto"/>
      </w:pPr>
      <w:r>
        <w:t>Your continued use of the Platform after the effective date</w:t>
      </w:r>
      <w:r>
        <w:t xml:space="preserve"> of revised terms constitutes your acceptance of the updated Agreement.</w:t>
      </w:r>
    </w:p>
    <w:p w:rsidR="00D73498" w:rsidRDefault="00992A83">
      <w:pPr>
        <w:spacing w:after="100" w:line="240" w:lineRule="auto"/>
      </w:pPr>
      <w:r>
        <w:t>If you do not agree to the updated Agreement, you must stop using the Platform.</w:t>
      </w:r>
    </w:p>
    <w:p w:rsidR="00D73498" w:rsidRDefault="00992A83">
      <w:pPr>
        <w:pStyle w:val="SectionHead"/>
        <w:spacing w:before="160" w:after="80" w:line="240" w:lineRule="auto"/>
      </w:pPr>
      <w:r>
        <w:t>32. GENERAL PROVISIONS</w:t>
      </w:r>
    </w:p>
    <w:p w:rsidR="00D73498" w:rsidRDefault="00992A83">
      <w:pPr>
        <w:spacing w:after="100" w:line="240" w:lineRule="auto"/>
      </w:pPr>
      <w:r>
        <w:t xml:space="preserve">This Agreement constitutes the entire agreement between you and YIRO </w:t>
      </w:r>
      <w:r>
        <w:t>regarding your use of the Platform as a driver, except for any additional written terms expressly incorporated by reference.</w:t>
      </w:r>
    </w:p>
    <w:p w:rsidR="00D73498" w:rsidRDefault="00992A83">
      <w:pPr>
        <w:spacing w:after="100" w:line="240" w:lineRule="auto"/>
      </w:pPr>
      <w:r>
        <w:t>If any provision of this Agreement is held unlawful, invalid, or unenforceable, that provision shall be severed and the remaining p</w:t>
      </w:r>
      <w:r>
        <w:t>rovisions shall remain in full force and effect.</w:t>
      </w:r>
    </w:p>
    <w:p w:rsidR="00D73498" w:rsidRDefault="00992A83">
      <w:pPr>
        <w:spacing w:after="100" w:line="240" w:lineRule="auto"/>
      </w:pPr>
      <w:r>
        <w:t>YIRO's failure to enforce any provision of this Agreement shall not constitute a waiver of that provision.</w:t>
      </w:r>
    </w:p>
    <w:p w:rsidR="00D73498" w:rsidRDefault="00992A83">
      <w:pPr>
        <w:spacing w:after="100" w:line="240" w:lineRule="auto"/>
      </w:pPr>
      <w:r>
        <w:t xml:space="preserve">You may not assign or transfer this Agreement without YIRO's prior written consent. YIRO may assign </w:t>
      </w:r>
      <w:r>
        <w:t>this Agreement without restriction in connection with a merger, acquisition, restructuring, financing, or sale of assets.</w:t>
      </w:r>
    </w:p>
    <w:p w:rsidR="00D73498" w:rsidRDefault="00992A83">
      <w:pPr>
        <w:pStyle w:val="SectionHead"/>
        <w:spacing w:before="160" w:after="80" w:line="240" w:lineRule="auto"/>
      </w:pPr>
      <w:r>
        <w:t>33. CONTACT INFORMATION</w:t>
      </w:r>
    </w:p>
    <w:p w:rsidR="00D73498" w:rsidRDefault="00992A83">
      <w:pPr>
        <w:spacing w:after="100" w:line="240" w:lineRule="auto"/>
      </w:pPr>
      <w:r>
        <w:t>MOBIIBY LLC d/b/a YIRO</w:t>
      </w:r>
    </w:p>
    <w:p w:rsidR="00D73498" w:rsidRDefault="00992A83">
      <w:pPr>
        <w:spacing w:after="100" w:line="240" w:lineRule="auto"/>
      </w:pPr>
      <w:r>
        <w:t>Email: info@yiro.app</w:t>
      </w:r>
    </w:p>
    <w:p w:rsidR="00D73498" w:rsidRDefault="00992A83">
      <w:pPr>
        <w:spacing w:after="100" w:line="240" w:lineRule="auto"/>
      </w:pPr>
      <w:r>
        <w:t>By accessing or using the YIRO Platform as a driver, you acknowled</w:t>
      </w:r>
      <w:r>
        <w:t>ge that you have read, understood, and agreed to this Driver Platform Agreement.</w:t>
      </w:r>
    </w:p>
    <w:sectPr w:rsidR="00D73498" w:rsidSect="00034616">
      <w:pgSz w:w="12240" w:h="15840"/>
      <w:pgMar w:top="1152"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992A83"/>
    <w:rsid w:val="00AA1D8D"/>
    <w:rsid w:val="00B47730"/>
    <w:rsid w:val="00CB0664"/>
    <w:rsid w:val="00D7349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66391F"/>
  <w14:defaultImageDpi w14:val="300"/>
  <w15:docId w15:val="{6E4F1E55-E36B-8B4A-83BF-973EC0C75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Arial" w:eastAsia="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ocTitle">
    <w:name w:val="DocTitle"/>
    <w:rPr>
      <w:rFonts w:ascii="Arial" w:eastAsia="Arial" w:hAnsi="Arial"/>
      <w:b/>
      <w:color w:val="000000"/>
      <w:sz w:val="30"/>
    </w:rPr>
  </w:style>
  <w:style w:type="paragraph" w:customStyle="1" w:styleId="SectionHead">
    <w:name w:val="SectionHead"/>
    <w:rPr>
      <w:rFonts w:ascii="Arial" w:eastAsia="Arial" w:hAnsi="Arial"/>
      <w:b/>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2D6AC9-98FA-BA42-8637-CCF14DE3A9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3619</Words>
  <Characters>20629</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24200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Microsoft Office User</cp:lastModifiedBy>
  <cp:revision>2</cp:revision>
  <dcterms:created xsi:type="dcterms:W3CDTF">2026-03-31T15:52:00Z</dcterms:created>
  <dcterms:modified xsi:type="dcterms:W3CDTF">2026-03-31T15:52:00Z</dcterms:modified>
  <cp:category/>
</cp:coreProperties>
</file>