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2DB" w:rsidRDefault="002C166E">
      <w:pPr>
        <w:spacing w:line="259" w:lineRule="auto"/>
        <w:jc w:val="center"/>
      </w:pPr>
      <w:r>
        <w:rPr>
          <w:b/>
          <w:sz w:val="30"/>
        </w:rPr>
        <w:t>ACUERDO DE PLATAFORMA PARA CONDUCTORES DE YIRO</w:t>
      </w:r>
    </w:p>
    <w:p w:rsidR="00AE52DB" w:rsidRDefault="002C166E">
      <w:pPr>
        <w:spacing w:after="40" w:line="259" w:lineRule="auto"/>
        <w:jc w:val="center"/>
      </w:pPr>
      <w:r>
        <w:rPr>
          <w:b/>
        </w:rPr>
        <w:t>Fecha de entrada en vigor: March 20, 2026</w:t>
      </w:r>
    </w:p>
    <w:p w:rsidR="00AE52DB" w:rsidRDefault="002C166E">
      <w:pPr>
        <w:spacing w:after="240" w:line="259" w:lineRule="auto"/>
        <w:jc w:val="center"/>
      </w:pPr>
      <w:r>
        <w:t>Compañía: MOBIIBY LLC d/b/a YIRO, una plataforma de empresa de redes de transporte de Florida ("YIRO", "nosotros", "nuestro" o "la Compañía")</w:t>
      </w:r>
    </w:p>
    <w:p w:rsidR="00AE52DB" w:rsidRDefault="002C166E">
      <w:pPr>
        <w:spacing w:after="120" w:line="259" w:lineRule="auto"/>
      </w:pPr>
      <w:r>
        <w:t xml:space="preserve">Este Acuerdo de </w:t>
      </w:r>
      <w:r>
        <w:t>Plataforma para Conductores (el "Acuerdo") regula su acceso y uso de la aplicación móvil, sitio web, software, plataforma y servicios relacionados de YIRO (colectivamente, la "Plataforma") como conductor independiente que utiliza la Plataforma para recibir</w:t>
      </w:r>
      <w:r>
        <w:t xml:space="preserve"> y realizar oportunidades de transporte preacordado en el Estado de Florida.</w:t>
      </w:r>
    </w:p>
    <w:p w:rsidR="00AE52DB" w:rsidRDefault="002C166E">
      <w:pPr>
        <w:spacing w:after="120" w:line="259" w:lineRule="auto"/>
      </w:pPr>
      <w:r>
        <w:t>Al solicitar manejar, crear una cuenta de conductor, acceder a la Plataforma o prestar servicios de transporte a través de YIRO, usted acepta quedar obligado por este Acuerdo.</w:t>
      </w:r>
    </w:p>
    <w:p w:rsidR="00AE52DB" w:rsidRDefault="002C166E">
      <w:pPr>
        <w:spacing w:line="259" w:lineRule="auto"/>
      </w:pPr>
      <w:r>
        <w:t xml:space="preserve">Si </w:t>
      </w:r>
      <w:r>
        <w:t>no está de acuerdo con este Acuerdo, no acceda ni utilice la Plataforma como conductor.</w:t>
      </w:r>
    </w:p>
    <w:p w:rsidR="00AE52DB" w:rsidRDefault="002C166E">
      <w:pPr>
        <w:spacing w:before="160" w:after="100" w:line="259" w:lineRule="auto"/>
      </w:pPr>
      <w:r>
        <w:rPr>
          <w:b/>
        </w:rPr>
        <w:t>1. NATURALEZA DE LA PLATAFORMA</w:t>
      </w:r>
    </w:p>
    <w:p w:rsidR="00AE52DB" w:rsidRDefault="002C166E">
      <w:pPr>
        <w:spacing w:after="80" w:line="259" w:lineRule="auto"/>
      </w:pPr>
      <w:r>
        <w:t>YIRO es una plataforma tecnológica que conecta a pasajeros con conductores terceros independientes para servicios de transporte preacorda</w:t>
      </w:r>
      <w:r>
        <w:t>do en el Estado de Florida.</w:t>
      </w:r>
    </w:p>
    <w:p w:rsidR="00AE52DB" w:rsidRDefault="002C166E">
      <w:pPr>
        <w:spacing w:after="80" w:line="259" w:lineRule="auto"/>
      </w:pPr>
      <w:r>
        <w:t>YIRO no es un proveedor de transporte, transportista de vehículos motorizados, transportista común ni compañía de taxis. YIRO no presta servicios de transporte, y los servicios de transporte solicitados a través de la Plataforma</w:t>
      </w:r>
      <w:r>
        <w:t xml:space="preserve"> son prestados por conductores independientes que utilizan la Plataforma.</w:t>
      </w:r>
    </w:p>
    <w:p w:rsidR="00AE52DB" w:rsidRDefault="002C166E">
      <w:pPr>
        <w:spacing w:after="80" w:line="259" w:lineRule="auto"/>
      </w:pPr>
      <w:r>
        <w:t>YIRO no posee, arrienda ni opera su vehículo, salvo que así se acuerde expresamente en un acuerdo escrito separado.</w:t>
      </w:r>
    </w:p>
    <w:p w:rsidR="00AE52DB" w:rsidRDefault="002C166E">
      <w:pPr>
        <w:spacing w:before="160" w:after="100" w:line="259" w:lineRule="auto"/>
      </w:pPr>
      <w:r>
        <w:rPr>
          <w:b/>
        </w:rPr>
        <w:t>2. RELACIÓN DE CONTRATISTA INDEPENDIENTE</w:t>
      </w:r>
    </w:p>
    <w:p w:rsidR="00AE52DB" w:rsidRDefault="002C166E">
      <w:pPr>
        <w:spacing w:after="80" w:line="259" w:lineRule="auto"/>
      </w:pPr>
      <w:r>
        <w:t>Usted reconoce y acepta q</w:t>
      </w:r>
      <w:r>
        <w:t>ue es un contratista independiente y no un empleado, agente, socio conjunto, franquiciado ni socio comercial de YIRO.</w:t>
      </w:r>
    </w:p>
    <w:p w:rsidR="00AE52DB" w:rsidRDefault="002C166E">
      <w:pPr>
        <w:spacing w:after="80" w:line="259" w:lineRule="auto"/>
      </w:pPr>
      <w:r>
        <w:t>Nada de lo contenido en este Acuerdo se interpretará como la creación de una relación laboral, de agencia, sociedad o asociación en partic</w:t>
      </w:r>
      <w:r>
        <w:t>ipación entre usted y YIRO.</w:t>
      </w:r>
    </w:p>
    <w:p w:rsidR="00AE52DB" w:rsidRDefault="002C166E">
      <w:pPr>
        <w:spacing w:after="80" w:line="259" w:lineRule="auto"/>
      </w:pPr>
      <w:r>
        <w:t>Como contratista independiente:</w:t>
      </w:r>
    </w:p>
    <w:p w:rsidR="00AE52DB" w:rsidRDefault="002C166E">
      <w:pPr>
        <w:pStyle w:val="ListBullet"/>
        <w:spacing w:after="60" w:line="252" w:lineRule="auto"/>
      </w:pPr>
      <w:r>
        <w:t>usted controla si inicia sesión en la Plataforma, cuándo, dónde y por cuánto tiempo lo hace;</w:t>
      </w:r>
    </w:p>
    <w:p w:rsidR="00AE52DB" w:rsidRDefault="002C166E">
      <w:pPr>
        <w:pStyle w:val="ListBullet"/>
        <w:spacing w:after="60" w:line="252" w:lineRule="auto"/>
      </w:pPr>
      <w:r>
        <w:t>no está obligado a aceptar ninguna oportunidad de viaje en particular, salvo cuando así lo exija la ley</w:t>
      </w:r>
      <w:r>
        <w:t xml:space="preserve"> o se indique expresamente en la Plataforma por razones operativas;</w:t>
      </w:r>
    </w:p>
    <w:p w:rsidR="00AE52DB" w:rsidRDefault="002C166E">
      <w:pPr>
        <w:pStyle w:val="ListBullet"/>
        <w:spacing w:after="60" w:line="252" w:lineRule="auto"/>
      </w:pPr>
      <w:r>
        <w:t>es libre de prestar servicios para otras empresas de redes de transporte, compañías de entrega, transportistas, intermediarios u otros negocios, sujeto a la ley aplicable y a su cumplimien</w:t>
      </w:r>
      <w:r>
        <w:t>to de este Acuerdo;</w:t>
      </w:r>
    </w:p>
    <w:p w:rsidR="00AE52DB" w:rsidRDefault="002C166E">
      <w:pPr>
        <w:pStyle w:val="ListBullet"/>
        <w:spacing w:after="60" w:line="252" w:lineRule="auto"/>
      </w:pPr>
      <w:r>
        <w:t>es libre de participar en cualquier otro negocio u ocupación lícita; y</w:t>
      </w:r>
    </w:p>
    <w:p w:rsidR="00AE52DB" w:rsidRDefault="002C166E">
      <w:pPr>
        <w:pStyle w:val="ListBullet"/>
        <w:spacing w:after="60" w:line="252" w:lineRule="auto"/>
      </w:pPr>
      <w:r>
        <w:t>es el único responsable de la manera y los medios por los cuales presta los servicios de transporte, sujeto a la seguridad del pasajero, la ley aplicable y los requi</w:t>
      </w:r>
      <w:r>
        <w:t>sitos de este Acuerdo.</w:t>
      </w:r>
    </w:p>
    <w:p w:rsidR="00AE52DB" w:rsidRDefault="002C166E">
      <w:pPr>
        <w:spacing w:after="80" w:line="259" w:lineRule="auto"/>
      </w:pPr>
      <w:r>
        <w:t>Usted entiende y acepta que YIRO no garantiza un número mínimo de solicitudes de viaje, ingresos mínimos ni ningún nivel particular de demanda.</w:t>
      </w:r>
    </w:p>
    <w:p w:rsidR="00AE52DB" w:rsidRDefault="002C166E">
      <w:pPr>
        <w:spacing w:before="160" w:after="100" w:line="259" w:lineRule="auto"/>
      </w:pPr>
      <w:r>
        <w:rPr>
          <w:b/>
        </w:rPr>
        <w:t>3. ELEGIBILIDAD DEL CONDUCTOR</w:t>
      </w:r>
    </w:p>
    <w:p w:rsidR="00AE52DB" w:rsidRDefault="002C166E">
      <w:pPr>
        <w:spacing w:after="80" w:line="259" w:lineRule="auto"/>
      </w:pPr>
      <w:r>
        <w:t>Para acceder o utilizar la Plataforma como conductor, usted</w:t>
      </w:r>
      <w:r>
        <w:t xml:space="preserve"> debe en todo momento:</w:t>
      </w:r>
    </w:p>
    <w:p w:rsidR="00AE52DB" w:rsidRDefault="002C166E">
      <w:pPr>
        <w:pStyle w:val="ListBullet"/>
        <w:spacing w:after="60" w:line="252" w:lineRule="auto"/>
      </w:pPr>
      <w:r>
        <w:t>tener al menos 21 años de edad, o cualquier edad mínima superior exigida por la ley aplicable o la política de YIRO;</w:t>
      </w:r>
    </w:p>
    <w:p w:rsidR="00AE52DB" w:rsidRDefault="002C166E">
      <w:pPr>
        <w:pStyle w:val="ListBullet"/>
        <w:spacing w:after="60" w:line="252" w:lineRule="auto"/>
      </w:pPr>
      <w:r>
        <w:t>poseer una licencia de conducir válida que lo autorice a operar su vehículo en Florida;</w:t>
      </w:r>
    </w:p>
    <w:p w:rsidR="00AE52DB" w:rsidRDefault="002C166E">
      <w:pPr>
        <w:pStyle w:val="ListBullet"/>
        <w:spacing w:after="60" w:line="252" w:lineRule="auto"/>
      </w:pPr>
      <w:r>
        <w:t xml:space="preserve">mantener todos los </w:t>
      </w:r>
      <w:r>
        <w:t>registros, permisos y documentos requeridos por la ley aplicable y la política de YIRO;</w:t>
      </w:r>
    </w:p>
    <w:p w:rsidR="00AE52DB" w:rsidRDefault="002C166E">
      <w:pPr>
        <w:pStyle w:val="ListBullet"/>
        <w:spacing w:after="60" w:line="252" w:lineRule="auto"/>
      </w:pPr>
      <w:r>
        <w:lastRenderedPageBreak/>
        <w:t>ser propietario del vehículo que opera en la Plataforma, arrendarlo o contar de otro modo con autoridad legal para utilizarlo, y proporcionar toda la documentación corr</w:t>
      </w:r>
      <w:r>
        <w:t>espondiente que YIRO solicite razonablemente;</w:t>
      </w:r>
    </w:p>
    <w:p w:rsidR="00AE52DB" w:rsidRDefault="002C166E">
      <w:pPr>
        <w:pStyle w:val="ListBullet"/>
        <w:spacing w:after="60" w:line="252" w:lineRule="auto"/>
      </w:pPr>
      <w:r>
        <w:t>mantener una cuenta de conductor al día y en buen estado;</w:t>
      </w:r>
    </w:p>
    <w:p w:rsidR="00AE52DB" w:rsidRDefault="002C166E">
      <w:pPr>
        <w:pStyle w:val="ListBullet"/>
        <w:spacing w:after="60" w:line="252" w:lineRule="auto"/>
      </w:pPr>
      <w:r>
        <w:t>aprobar todas las verificaciones de antecedentes, revisiones de historial de conducción y procedimientos de verificación de identidad requeridos;</w:t>
      </w:r>
    </w:p>
    <w:p w:rsidR="00AE52DB" w:rsidRDefault="002C166E">
      <w:pPr>
        <w:pStyle w:val="ListBullet"/>
        <w:spacing w:after="60" w:line="252" w:lineRule="auto"/>
      </w:pPr>
      <w:r>
        <w:t>cumpli</w:t>
      </w:r>
      <w:r>
        <w:t>r con los estándares de elegibilidad vehicular de YIRO;</w:t>
      </w:r>
    </w:p>
    <w:p w:rsidR="00AE52DB" w:rsidRDefault="002C166E">
      <w:pPr>
        <w:pStyle w:val="ListBullet"/>
        <w:spacing w:after="60" w:line="252" w:lineRule="auto"/>
      </w:pPr>
      <w:r>
        <w:t>mantener todos los seguros exigidos por la ley y por este Acuerdo; y</w:t>
      </w:r>
    </w:p>
    <w:p w:rsidR="00AE52DB" w:rsidRDefault="002C166E">
      <w:pPr>
        <w:pStyle w:val="ListBullet"/>
        <w:spacing w:after="60" w:line="252" w:lineRule="auto"/>
      </w:pPr>
      <w:r>
        <w:t>permanecer médica y legalmente apto para operar un vehículo motorizado de manera segura.</w:t>
      </w:r>
    </w:p>
    <w:p w:rsidR="00AE52DB" w:rsidRDefault="002C166E">
      <w:pPr>
        <w:spacing w:after="80" w:line="259" w:lineRule="auto"/>
      </w:pPr>
      <w:r>
        <w:t>Debe notificar inmediatamente a YIRO si de</w:t>
      </w:r>
      <w:r>
        <w:t>ja de cumplir con cualquier requisito de elegibilidad.</w:t>
      </w:r>
    </w:p>
    <w:p w:rsidR="00AE52DB" w:rsidRDefault="002C166E">
      <w:pPr>
        <w:spacing w:before="160" w:after="100" w:line="259" w:lineRule="auto"/>
      </w:pPr>
      <w:r>
        <w:rPr>
          <w:b/>
        </w:rPr>
        <w:t>4. CUENTA DEL CONDUCTOR E INFORMACIÓN</w:t>
      </w:r>
    </w:p>
    <w:p w:rsidR="00AE52DB" w:rsidRDefault="002C166E">
      <w:pPr>
        <w:spacing w:after="80" w:line="259" w:lineRule="auto"/>
      </w:pPr>
      <w:r>
        <w:t xml:space="preserve">Debe proporcionar información exacta, actual y completa en relación con su solicitud y cuenta, incluyendo su nombre legal completo, dirección, número de teléfono, </w:t>
      </w:r>
      <w:r>
        <w:t>correo electrónico, número de Seguro Social o información de identificación tributaria, licencia de conducir, registro del vehículo, información de seguro, datos bancarios y cualquier otra información solicitada por YIRO.</w:t>
      </w:r>
    </w:p>
    <w:p w:rsidR="00AE52DB" w:rsidRDefault="002C166E">
      <w:pPr>
        <w:spacing w:after="80" w:line="259" w:lineRule="auto"/>
      </w:pPr>
      <w:r>
        <w:t>Usted acepta mantener toda la info</w:t>
      </w:r>
      <w:r>
        <w:t>rmación de la cuenta actualizada y actualizar de inmediato cualquier cambio en su identidad, privilegios de conducción, seguro, estado del vehículo, situación penal, elegibilidad legal o información de contacto.</w:t>
      </w:r>
    </w:p>
    <w:p w:rsidR="00AE52DB" w:rsidRDefault="002C166E">
      <w:pPr>
        <w:spacing w:after="80" w:line="259" w:lineRule="auto"/>
      </w:pPr>
      <w:r>
        <w:t>Usted es responsable de mantener la segurida</w:t>
      </w:r>
      <w:r>
        <w:t>d y confidencialidad de las credenciales de su cuenta de conductor. No puede compartir su cuenta ni permitir que otra persona utilice su cuenta.</w:t>
      </w:r>
    </w:p>
    <w:p w:rsidR="00AE52DB" w:rsidRDefault="002C166E">
      <w:pPr>
        <w:spacing w:before="160" w:after="100" w:line="259" w:lineRule="auto"/>
      </w:pPr>
      <w:r>
        <w:rPr>
          <w:b/>
        </w:rPr>
        <w:t>5. VERIFICACIONES DE ANTECEDENTES Y EVALUACIÓN</w:t>
      </w:r>
    </w:p>
    <w:p w:rsidR="00AE52DB" w:rsidRDefault="002C166E">
      <w:pPr>
        <w:spacing w:after="80" w:line="259" w:lineRule="auto"/>
      </w:pPr>
      <w:r>
        <w:t xml:space="preserve">Como condición para utilizar la Plataforma, usted </w:t>
      </w:r>
      <w:r>
        <w:t>autoriza a YIRO y a sus agentes, proveedores y prestadores de servicios a realizar verificaciones de antecedentes, verificación de identidad, revisiones de antecedentes de vehículos motorizados y otras evaluaciones lícitas al momento del registro y periódi</w:t>
      </w:r>
      <w:r>
        <w:t>camente después, según lo permita la ley.</w:t>
      </w:r>
    </w:p>
    <w:p w:rsidR="00AE52DB" w:rsidRDefault="002C166E">
      <w:pPr>
        <w:spacing w:after="80" w:line="259" w:lineRule="auto"/>
      </w:pPr>
      <w:r>
        <w:t>Usted acepta proporcionar todas las autorizaciones, divulgaciones e información de respaldo razonablemente solicitadas para dichas evaluaciones.</w:t>
      </w:r>
    </w:p>
    <w:p w:rsidR="00AE52DB" w:rsidRDefault="002C166E">
      <w:pPr>
        <w:spacing w:after="80" w:line="259" w:lineRule="auto"/>
      </w:pPr>
      <w:r>
        <w:t>YIRO podrá suspender, desactivar o negar el acceso a la Plataforma co</w:t>
      </w:r>
      <w:r>
        <w:t>n base en los resultados de cualquier verificación de antecedentes, revisión de historial de conducción, verificación de identidad, revisión documental o investigación de seguridad, a su sola discreción razonable y según lo permita la ley.</w:t>
      </w:r>
    </w:p>
    <w:p w:rsidR="00AE52DB" w:rsidRDefault="002C166E">
      <w:pPr>
        <w:spacing w:after="80" w:line="259" w:lineRule="auto"/>
      </w:pPr>
      <w:r>
        <w:t>También acepta q</w:t>
      </w:r>
      <w:r>
        <w:t>ue YIRO podrá volver a evaluarlo periódicamente, incluso en los intervalos exigidos por la ley aplicable o la política de la compañía.</w:t>
      </w:r>
    </w:p>
    <w:p w:rsidR="00AE52DB" w:rsidRDefault="002C166E">
      <w:pPr>
        <w:spacing w:before="160" w:after="100" w:line="259" w:lineRule="auto"/>
      </w:pPr>
      <w:r>
        <w:rPr>
          <w:b/>
        </w:rPr>
        <w:t>6. REQUISITOS DEL VEHÍCULO</w:t>
      </w:r>
    </w:p>
    <w:p w:rsidR="00AE52DB" w:rsidRDefault="002C166E">
      <w:pPr>
        <w:spacing w:after="80" w:line="259" w:lineRule="auto"/>
      </w:pPr>
      <w:r>
        <w:t>Cualquier vehículo que utilice en la Plataforma debe:</w:t>
      </w:r>
    </w:p>
    <w:p w:rsidR="00AE52DB" w:rsidRDefault="002C166E">
      <w:pPr>
        <w:pStyle w:val="ListBullet"/>
        <w:spacing w:after="60" w:line="252" w:lineRule="auto"/>
      </w:pPr>
      <w:r>
        <w:t>estar legalmente registrado y autorizado</w:t>
      </w:r>
      <w:r>
        <w:t xml:space="preserve"> para circular;</w:t>
      </w:r>
    </w:p>
    <w:p w:rsidR="00AE52DB" w:rsidRDefault="002C166E">
      <w:pPr>
        <w:pStyle w:val="ListBullet"/>
        <w:spacing w:after="60" w:line="252" w:lineRule="auto"/>
      </w:pPr>
      <w:r>
        <w:t>estar en condiciones seguras de operación;</w:t>
      </w:r>
    </w:p>
    <w:p w:rsidR="00AE52DB" w:rsidRDefault="002C166E">
      <w:pPr>
        <w:pStyle w:val="ListBullet"/>
        <w:spacing w:after="60" w:line="252" w:lineRule="auto"/>
      </w:pPr>
      <w:r>
        <w:t>cumplir con todos los requisitos aplicables de inspección, seguridad, mantenimiento y emisiones;</w:t>
      </w:r>
    </w:p>
    <w:p w:rsidR="00AE52DB" w:rsidRDefault="002C166E">
      <w:pPr>
        <w:pStyle w:val="ListBullet"/>
        <w:spacing w:after="60" w:line="252" w:lineRule="auto"/>
      </w:pPr>
      <w:r>
        <w:t>cumplir con los estándares de YIRO en cuanto a antigüedad, estado y apariencia del vehículo;</w:t>
      </w:r>
    </w:p>
    <w:p w:rsidR="00AE52DB" w:rsidRDefault="002C166E">
      <w:pPr>
        <w:pStyle w:val="ListBullet"/>
        <w:spacing w:after="60" w:line="252" w:lineRule="auto"/>
      </w:pPr>
      <w:r>
        <w:t>estar l</w:t>
      </w:r>
      <w:r>
        <w:t>impio, higiénico y razonablemente libre de daños;</w:t>
      </w:r>
    </w:p>
    <w:p w:rsidR="00AE52DB" w:rsidRDefault="002C166E">
      <w:pPr>
        <w:pStyle w:val="ListBullet"/>
        <w:spacing w:after="60" w:line="252" w:lineRule="auto"/>
      </w:pPr>
      <w:r>
        <w:t>contener todo el equipo de seguridad exigido por la ley; y</w:t>
      </w:r>
    </w:p>
    <w:p w:rsidR="00AE52DB" w:rsidRDefault="002C166E">
      <w:pPr>
        <w:pStyle w:val="ListBullet"/>
        <w:spacing w:after="60" w:line="252" w:lineRule="auto"/>
      </w:pPr>
      <w:r>
        <w:t>estar cubierto por todos los seguros requeridos conforme a este Acuerdo y a la ley aplicable.</w:t>
      </w:r>
    </w:p>
    <w:p w:rsidR="00AE52DB" w:rsidRDefault="002C166E">
      <w:pPr>
        <w:spacing w:after="80" w:line="259" w:lineRule="auto"/>
      </w:pPr>
      <w:r>
        <w:t xml:space="preserve">YIRO podrá exigir fotografías, registros de </w:t>
      </w:r>
      <w:r>
        <w:t>inspección, registros de servicio u otra prueba del estado y elegibilidad del vehículo en cualquier momento.</w:t>
      </w:r>
    </w:p>
    <w:p w:rsidR="00AE52DB" w:rsidRDefault="002C166E">
      <w:pPr>
        <w:spacing w:after="80" w:line="259" w:lineRule="auto"/>
      </w:pPr>
      <w:r>
        <w:t>No podrá utilizar un vehículo sustituto en la Plataforma a menos que ese vehículo haya sido aprobado por YIRO.</w:t>
      </w:r>
    </w:p>
    <w:p w:rsidR="00AE52DB" w:rsidRDefault="002C166E">
      <w:pPr>
        <w:spacing w:before="160" w:after="100" w:line="259" w:lineRule="auto"/>
      </w:pPr>
      <w:r>
        <w:rPr>
          <w:b/>
        </w:rPr>
        <w:lastRenderedPageBreak/>
        <w:t>7. SEGURO</w:t>
      </w:r>
    </w:p>
    <w:p w:rsidR="00AE52DB" w:rsidRDefault="002C166E">
      <w:pPr>
        <w:spacing w:after="80" w:line="259" w:lineRule="auto"/>
      </w:pPr>
      <w:r>
        <w:t>Usted es el único responsa</w:t>
      </w:r>
      <w:r>
        <w:t>ble de mantener todo el seguro requerido por la ley aplicable, la política de YIRO y este Acuerdo.</w:t>
      </w:r>
    </w:p>
    <w:p w:rsidR="00AE52DB" w:rsidRDefault="002C166E">
      <w:pPr>
        <w:spacing w:after="80" w:line="259" w:lineRule="auto"/>
      </w:pPr>
      <w:r>
        <w:t xml:space="preserve">Usted reconoce que las pólizas personales de seguro de automóvil pueden no brindar cobertura mientras esté conectado a una plataforma de empresa de redes de </w:t>
      </w:r>
      <w:r>
        <w:t>transporte, mientras esté disponible para recibir solicitudes de viaje o mientras esté realizando un viaje preacordado.</w:t>
      </w:r>
    </w:p>
    <w:p w:rsidR="00AE52DB" w:rsidRDefault="002C166E">
      <w:pPr>
        <w:spacing w:after="80" w:line="259" w:lineRule="auto"/>
      </w:pPr>
      <w:r>
        <w:t>Usted acepta mantener y proporcionar prueba de seguro en la forma, monto y manera exigidos por la ley de Florida y la política de YIRO.</w:t>
      </w:r>
    </w:p>
    <w:p w:rsidR="00AE52DB" w:rsidRDefault="002C166E">
      <w:pPr>
        <w:spacing w:after="80" w:line="259" w:lineRule="auto"/>
      </w:pPr>
      <w:r>
        <w:t>Debe notificar inmediatamente a YIRO cualquier vencimiento, cancelación, denegación, reserva de derechos, reclamación o cambio material que afecte su cobertura de seguro.</w:t>
      </w:r>
    </w:p>
    <w:p w:rsidR="00AE52DB" w:rsidRDefault="002C166E">
      <w:pPr>
        <w:spacing w:after="80" w:line="259" w:lineRule="auto"/>
      </w:pPr>
      <w:r>
        <w:t>YIRO podrá mantener la cobertura de seguro exigida por la ley para la actividad en la</w:t>
      </w:r>
      <w:r>
        <w:t xml:space="preserve"> Plataforma cuando corresponda, pero nada de este Acuerdo lo libera de sus obligaciones personales legales y contractuales en materia de seguro.</w:t>
      </w:r>
    </w:p>
    <w:p w:rsidR="00AE52DB" w:rsidRDefault="002C166E">
      <w:pPr>
        <w:spacing w:before="160" w:after="100" w:line="259" w:lineRule="auto"/>
      </w:pPr>
      <w:r>
        <w:rPr>
          <w:b/>
        </w:rPr>
        <w:t>8. CUMPLIMIENTO DE LA LEY</w:t>
      </w:r>
    </w:p>
    <w:p w:rsidR="00AE52DB" w:rsidRDefault="002C166E">
      <w:pPr>
        <w:spacing w:after="80" w:line="259" w:lineRule="auto"/>
      </w:pPr>
      <w:r>
        <w:t>Usted acepta cumplir en todo momento con:</w:t>
      </w:r>
    </w:p>
    <w:p w:rsidR="00AE52DB" w:rsidRDefault="002C166E">
      <w:pPr>
        <w:pStyle w:val="ListBullet"/>
        <w:spacing w:after="60" w:line="252" w:lineRule="auto"/>
      </w:pPr>
      <w:r>
        <w:t>este Acuerdo;</w:t>
      </w:r>
    </w:p>
    <w:p w:rsidR="00AE52DB" w:rsidRDefault="002C166E">
      <w:pPr>
        <w:pStyle w:val="ListBullet"/>
        <w:spacing w:after="60" w:line="252" w:lineRule="auto"/>
      </w:pPr>
      <w:r>
        <w:t>todas las leyes federales, es</w:t>
      </w:r>
      <w:r>
        <w:t>tatales y locales aplicables;</w:t>
      </w:r>
    </w:p>
    <w:p w:rsidR="00AE52DB" w:rsidRDefault="002C166E">
      <w:pPr>
        <w:pStyle w:val="ListBullet"/>
        <w:spacing w:after="60" w:line="252" w:lineRule="auto"/>
      </w:pPr>
      <w:r>
        <w:t>todos los requisitos de tránsito, seguridad y licenciamiento;</w:t>
      </w:r>
    </w:p>
    <w:p w:rsidR="00AE52DB" w:rsidRDefault="002C166E">
      <w:pPr>
        <w:pStyle w:val="ListBullet"/>
        <w:spacing w:after="60" w:line="252" w:lineRule="auto"/>
      </w:pPr>
      <w:r>
        <w:t>todas las reglas aplicables de aeropuertos, puertos, recintos de eventos o zonas de acceso restringido para recogidas y descensos;</w:t>
      </w:r>
    </w:p>
    <w:p w:rsidR="00AE52DB" w:rsidRDefault="002C166E">
      <w:pPr>
        <w:pStyle w:val="ListBullet"/>
        <w:spacing w:after="60" w:line="252" w:lineRule="auto"/>
      </w:pPr>
      <w:r>
        <w:t>todos los requisitos de no discri</w:t>
      </w:r>
      <w:r>
        <w:t>minación y accesibilidad; y</w:t>
      </w:r>
    </w:p>
    <w:p w:rsidR="00AE52DB" w:rsidRDefault="002C166E">
      <w:pPr>
        <w:pStyle w:val="ListBullet"/>
        <w:spacing w:after="60" w:line="252" w:lineRule="auto"/>
      </w:pPr>
      <w:r>
        <w:t>todas las políticas de YIRO, estándares de seguridad y lineamientos de la comunidad.</w:t>
      </w:r>
    </w:p>
    <w:p w:rsidR="00AE52DB" w:rsidRDefault="002C166E">
      <w:pPr>
        <w:spacing w:after="80" w:line="259" w:lineRule="auto"/>
      </w:pPr>
      <w:r>
        <w:t>Usted es el único responsable de conocer y cumplir las leyes y regulaciones que se aplican a sus actividades como conductor.</w:t>
      </w:r>
    </w:p>
    <w:p w:rsidR="00AE52DB" w:rsidRDefault="002C166E">
      <w:pPr>
        <w:spacing w:before="160" w:after="100" w:line="259" w:lineRule="auto"/>
      </w:pPr>
      <w:r>
        <w:rPr>
          <w:b/>
        </w:rPr>
        <w:t>9. SOLO VIAJES PRE</w:t>
      </w:r>
      <w:r>
        <w:rPr>
          <w:b/>
        </w:rPr>
        <w:t>ACORDADOS</w:t>
      </w:r>
    </w:p>
    <w:p w:rsidR="00AE52DB" w:rsidRDefault="002C166E">
      <w:pPr>
        <w:spacing w:after="80" w:line="259" w:lineRule="auto"/>
      </w:pPr>
      <w:r>
        <w:t>Solo podrá prestar servicios de transporte a través de la Plataforma en respuesta a solicitudes de viaje realizadas mediante la Plataforma.</w:t>
      </w:r>
    </w:p>
    <w:p w:rsidR="00AE52DB" w:rsidRDefault="002C166E">
      <w:pPr>
        <w:spacing w:after="80" w:line="259" w:lineRule="auto"/>
      </w:pPr>
      <w:r>
        <w:t>No podrá solicitar ni aceptar abordajes en la calle a través de la Plataforma.</w:t>
      </w:r>
    </w:p>
    <w:p w:rsidR="00AE52DB" w:rsidRDefault="002C166E">
      <w:pPr>
        <w:spacing w:after="80" w:line="259" w:lineRule="auto"/>
      </w:pPr>
      <w:r>
        <w:t>No podrá presentarse como t</w:t>
      </w:r>
      <w:r>
        <w:t>axi, transportista común ni empleado de YIRO.</w:t>
      </w:r>
    </w:p>
    <w:p w:rsidR="00AE52DB" w:rsidRDefault="002C166E">
      <w:pPr>
        <w:spacing w:before="160" w:after="100" w:line="259" w:lineRule="auto"/>
      </w:pPr>
      <w:r>
        <w:rPr>
          <w:b/>
        </w:rPr>
        <w:t>10. ESTADO DEL CONDUCTOR EN LA PLATAFORMA</w:t>
      </w:r>
    </w:p>
    <w:p w:rsidR="00AE52DB" w:rsidRDefault="002C166E">
      <w:pPr>
        <w:spacing w:after="80" w:line="259" w:lineRule="auto"/>
      </w:pPr>
      <w:r>
        <w:t>Usted controla cuándo inicia y cierra sesión en la Plataforma.</w:t>
      </w:r>
    </w:p>
    <w:p w:rsidR="00AE52DB" w:rsidRDefault="002C166E">
      <w:pPr>
        <w:spacing w:after="80" w:line="259" w:lineRule="auto"/>
      </w:pPr>
      <w:r>
        <w:t xml:space="preserve">Cuando esté conectado a la Plataforma, podrá recibir oportunidades de viaje. Cuando acepte una solicitud </w:t>
      </w:r>
      <w:r>
        <w:t>de viaje, acepta dirigirse al lugar de recogida dentro de un tiempo razonable y completar el trayecto de forma segura, lícita y profesional, salvo que la cancelación esté permitida o sea necesaria por razones de seguridad, legales u operativas.</w:t>
      </w:r>
    </w:p>
    <w:p w:rsidR="00AE52DB" w:rsidRDefault="002C166E">
      <w:pPr>
        <w:spacing w:after="80" w:line="259" w:lineRule="auto"/>
      </w:pPr>
      <w:r>
        <w:t>Usted entie</w:t>
      </w:r>
      <w:r>
        <w:t>nde que las cancelaciones excesivas, la falta de finalización de viajes aceptados, las quejas repetidas de pasajeros, el fraude, los incidentes de seguridad o la baja calidad del servicio pueden resultar en suspensión temporal o desactivación.</w:t>
      </w:r>
    </w:p>
    <w:p w:rsidR="00AE52DB" w:rsidRDefault="002C166E">
      <w:pPr>
        <w:spacing w:before="160" w:after="100" w:line="259" w:lineRule="auto"/>
      </w:pPr>
      <w:r>
        <w:rPr>
          <w:b/>
        </w:rPr>
        <w:t>11. CONDUCTA</w:t>
      </w:r>
      <w:r>
        <w:rPr>
          <w:b/>
        </w:rPr>
        <w:t xml:space="preserve"> Y SEGURIDAD</w:t>
      </w:r>
    </w:p>
    <w:p w:rsidR="00AE52DB" w:rsidRDefault="002C166E">
      <w:pPr>
        <w:spacing w:after="80" w:line="259" w:lineRule="auto"/>
      </w:pPr>
      <w:r>
        <w:t>Usted acepta comportarse de manera profesional, segura y lícita en todo momento.</w:t>
      </w:r>
    </w:p>
    <w:p w:rsidR="00AE52DB" w:rsidRDefault="002C166E">
      <w:pPr>
        <w:spacing w:after="80" w:line="259" w:lineRule="auto"/>
      </w:pPr>
      <w:r>
        <w:t>No deberá:</w:t>
      </w:r>
    </w:p>
    <w:p w:rsidR="00AE52DB" w:rsidRDefault="002C166E">
      <w:pPr>
        <w:pStyle w:val="ListBullet"/>
        <w:spacing w:after="60" w:line="252" w:lineRule="auto"/>
      </w:pPr>
      <w:r>
        <w:t>operar un vehículo bajo los efectos del alcohol, drogas ilegales o cualquier sustancia que afecte su capacidad para conducir con seguridad;</w:t>
      </w:r>
    </w:p>
    <w:p w:rsidR="00AE52DB" w:rsidRDefault="002C166E">
      <w:pPr>
        <w:pStyle w:val="ListBullet"/>
        <w:spacing w:after="60" w:line="252" w:lineRule="auto"/>
      </w:pPr>
      <w:r>
        <w:t>poseer o usar drogas ilegales mientras utiliza la Plataforma;</w:t>
      </w:r>
    </w:p>
    <w:p w:rsidR="00AE52DB" w:rsidRDefault="002C166E">
      <w:pPr>
        <w:pStyle w:val="ListBullet"/>
        <w:spacing w:after="60" w:line="252" w:lineRule="auto"/>
      </w:pPr>
      <w:r>
        <w:lastRenderedPageBreak/>
        <w:t>llevar armas ilegales, contrabando o materiales prohibidos mientras utiliza la Plataforma;</w:t>
      </w:r>
    </w:p>
    <w:p w:rsidR="00AE52DB" w:rsidRDefault="002C166E">
      <w:pPr>
        <w:pStyle w:val="ListBullet"/>
        <w:spacing w:after="60" w:line="252" w:lineRule="auto"/>
      </w:pPr>
      <w:r>
        <w:t>discriminar, acosar, amenazar, maltratar o agredir a cualquier pasajero u otra persona;</w:t>
      </w:r>
    </w:p>
    <w:p w:rsidR="00AE52DB" w:rsidRDefault="002C166E">
      <w:pPr>
        <w:pStyle w:val="ListBullet"/>
        <w:spacing w:after="60" w:line="252" w:lineRule="auto"/>
      </w:pPr>
      <w:r>
        <w:t>permitir pasajeros no autorizados en el vehículo durante un viaje;</w:t>
      </w:r>
    </w:p>
    <w:p w:rsidR="00AE52DB" w:rsidRDefault="002C166E">
      <w:pPr>
        <w:pStyle w:val="ListBullet"/>
        <w:spacing w:after="60" w:line="252" w:lineRule="auto"/>
      </w:pPr>
      <w:r>
        <w:t>solicitar o aceptar pagos en efectivo a menos que YIRO lo autorice expresamente por escrito;</w:t>
      </w:r>
    </w:p>
    <w:p w:rsidR="00AE52DB" w:rsidRDefault="002C166E">
      <w:pPr>
        <w:pStyle w:val="ListBullet"/>
        <w:spacing w:after="60" w:line="252" w:lineRule="auto"/>
      </w:pPr>
      <w:r>
        <w:t>organizar viajes fuera de la Plataforma en violación de la política de YIRO;</w:t>
      </w:r>
    </w:p>
    <w:p w:rsidR="00AE52DB" w:rsidRDefault="002C166E">
      <w:pPr>
        <w:pStyle w:val="ListBullet"/>
        <w:spacing w:after="60" w:line="252" w:lineRule="auto"/>
      </w:pPr>
      <w:r>
        <w:t>falsificar registro</w:t>
      </w:r>
      <w:r>
        <w:t>s de viaje, documentos, información de identidad, información de seguro o información del vehículo;</w:t>
      </w:r>
    </w:p>
    <w:p w:rsidR="00AE52DB" w:rsidRDefault="002C166E">
      <w:pPr>
        <w:pStyle w:val="ListBullet"/>
        <w:spacing w:after="60" w:line="252" w:lineRule="auto"/>
      </w:pPr>
      <w:r>
        <w:t>permitir que otra persona use su cuenta u opere bajo su identidad;</w:t>
      </w:r>
    </w:p>
    <w:p w:rsidR="00AE52DB" w:rsidRDefault="002C166E">
      <w:pPr>
        <w:pStyle w:val="ListBullet"/>
        <w:spacing w:after="60" w:line="252" w:lineRule="auto"/>
      </w:pPr>
      <w:r>
        <w:t>operar un vehículo inseguro, antihigiénico o no aprobado;</w:t>
      </w:r>
    </w:p>
    <w:p w:rsidR="00AE52DB" w:rsidRDefault="002C166E">
      <w:pPr>
        <w:pStyle w:val="ListBullet"/>
        <w:spacing w:after="60" w:line="252" w:lineRule="auto"/>
      </w:pPr>
      <w:r>
        <w:t>usar un dispositivo móvil de un</w:t>
      </w:r>
      <w:r>
        <w:t>a manera que viole la ley o comprometa la seguridad mientras conduce; o</w:t>
      </w:r>
    </w:p>
    <w:p w:rsidR="00AE52DB" w:rsidRDefault="002C166E">
      <w:pPr>
        <w:pStyle w:val="ListBullet"/>
        <w:spacing w:after="60" w:line="252" w:lineRule="auto"/>
      </w:pPr>
      <w:r>
        <w:t>incurrir en cualquier conducta que genere riesgos de seguridad, legales, de seguro, regulatorios o reputacionales para YIRO.</w:t>
      </w:r>
    </w:p>
    <w:p w:rsidR="00AE52DB" w:rsidRDefault="002C166E">
      <w:pPr>
        <w:spacing w:before="160" w:after="100" w:line="259" w:lineRule="auto"/>
      </w:pPr>
      <w:r>
        <w:rPr>
          <w:b/>
        </w:rPr>
        <w:t>12. POLÍTICA DE TOLERANCIA CERO SOBRE DROGAS Y ALCOHOL</w:t>
      </w:r>
    </w:p>
    <w:p w:rsidR="00AE52DB" w:rsidRDefault="002C166E">
      <w:pPr>
        <w:spacing w:after="80" w:line="259" w:lineRule="auto"/>
      </w:pPr>
      <w:r>
        <w:t>YIRO</w:t>
      </w:r>
      <w:r>
        <w:t xml:space="preserve"> mantiene una política de tolerancia cero que prohíbe cualquier uso de drogas o alcohol que afecte, o razonablemente pueda parecer que afecta, la capacidad del conductor para operar un vehículo de forma segura mientras utiliza la Plataforma o presta servic</w:t>
      </w:r>
      <w:r>
        <w:t>ios de transporte a través de ella.</w:t>
      </w:r>
    </w:p>
    <w:p w:rsidR="00AE52DB" w:rsidRDefault="002C166E">
      <w:pPr>
        <w:spacing w:after="80" w:line="259" w:lineRule="auto"/>
      </w:pPr>
      <w:r>
        <w:t>No podrá utilizar la Plataforma bajo los efectos del alcohol, drogas ilegales o cualquier sustancia que altere sus facultades.</w:t>
      </w:r>
    </w:p>
    <w:p w:rsidR="00AE52DB" w:rsidRDefault="002C166E">
      <w:pPr>
        <w:spacing w:after="80" w:line="259" w:lineRule="auto"/>
      </w:pPr>
      <w:r>
        <w:t>Si YIRO recibe una queja o reporte alegando que usted violó esta política, YIRO podrá suspend</w:t>
      </w:r>
      <w:r>
        <w:t>er inmediatamente su acceso a la Plataforma mientras se realiza una investigación. YIRO podrá investigar la queja, solicitarle información y tomar cualquier medida que considere apropiada, incluyendo la desactivación permanente.</w:t>
      </w:r>
    </w:p>
    <w:p w:rsidR="00AE52DB" w:rsidRDefault="002C166E">
      <w:pPr>
        <w:spacing w:before="160" w:after="100" w:line="259" w:lineRule="auto"/>
      </w:pPr>
      <w:r>
        <w:rPr>
          <w:b/>
        </w:rPr>
        <w:t>13. NO DISCRIMINACIÓN Y ACC</w:t>
      </w:r>
      <w:r>
        <w:rPr>
          <w:b/>
        </w:rPr>
        <w:t>ESIBILIDAD</w:t>
      </w:r>
    </w:p>
    <w:p w:rsidR="00AE52DB" w:rsidRDefault="002C166E">
      <w:pPr>
        <w:spacing w:after="80" w:line="259" w:lineRule="auto"/>
      </w:pPr>
      <w:r>
        <w:t>No podrá discriminar a ningún pasajero o potencial pasajero por motivos de raza, color, etnia, nacionalidad, religión, sexo, género, identidad de género, orientación sexual, discapacidad, condición médica, estado civil, edad o cualquier otra cla</w:t>
      </w:r>
      <w:r>
        <w:t>sificación protegida por la ley.</w:t>
      </w:r>
    </w:p>
    <w:p w:rsidR="00AE52DB" w:rsidRDefault="002C166E">
      <w:pPr>
        <w:spacing w:after="80" w:line="259" w:lineRule="auto"/>
      </w:pPr>
      <w:r>
        <w:t>Debe cumplir con todas las obligaciones de accesibilidad aplicables a los conductores de empresas de redes de transporte conforme a la ley de Florida y la ley federal.</w:t>
      </w:r>
    </w:p>
    <w:p w:rsidR="00AE52DB" w:rsidRDefault="002C166E">
      <w:pPr>
        <w:spacing w:after="80" w:line="259" w:lineRule="auto"/>
      </w:pPr>
      <w:r>
        <w:t>No podrá negar el servicio a un pasajero porque el pasa</w:t>
      </w:r>
      <w:r>
        <w:t>jero esté acompañado por un animal de servicio reconocido por la ley. No podrá cobrar al pasajero ninguna tarifa adicional por un animal de servicio reconocido por la ley.</w:t>
      </w:r>
    </w:p>
    <w:p w:rsidR="00AE52DB" w:rsidRDefault="002C166E">
      <w:pPr>
        <w:spacing w:before="160" w:after="100" w:line="259" w:lineRule="auto"/>
      </w:pPr>
      <w:r>
        <w:rPr>
          <w:b/>
        </w:rPr>
        <w:t>14. ANIMALES DE SERVICIO</w:t>
      </w:r>
    </w:p>
    <w:p w:rsidR="00AE52DB" w:rsidRDefault="002C166E">
      <w:pPr>
        <w:spacing w:after="80" w:line="259" w:lineRule="auto"/>
      </w:pPr>
      <w:r>
        <w:t>Debe transportar a los pasajeros acompañados por animales d</w:t>
      </w:r>
      <w:r>
        <w:t>e servicio reconocidos por la ley en la medida exigida por la normativa aplicable.</w:t>
      </w:r>
    </w:p>
    <w:p w:rsidR="00AE52DB" w:rsidRDefault="002C166E">
      <w:pPr>
        <w:spacing w:after="80" w:line="259" w:lineRule="auto"/>
      </w:pPr>
      <w:r>
        <w:t>La negativa a transportar a un pasajero debido a un animal de servicio reconocido por la ley podrá dar lugar a suspensión inmediata o desactivación.</w:t>
      </w:r>
    </w:p>
    <w:p w:rsidR="00AE52DB" w:rsidRDefault="002C166E">
      <w:pPr>
        <w:spacing w:after="80" w:line="259" w:lineRule="auto"/>
      </w:pPr>
      <w:r>
        <w:t xml:space="preserve">Nada de esta Sección le </w:t>
      </w:r>
      <w:r>
        <w:t>impide tomar medidas lícitas y razonables ante una amenaza real a la seguridad o un comportamiento descontrolado del animal, en la medida permitida por la ley.</w:t>
      </w:r>
    </w:p>
    <w:p w:rsidR="00AE52DB" w:rsidRDefault="002C166E">
      <w:pPr>
        <w:spacing w:before="160" w:after="100" w:line="259" w:lineRule="auto"/>
      </w:pPr>
      <w:r>
        <w:rPr>
          <w:b/>
        </w:rPr>
        <w:t>15. IDENTIDAD, DOCUMENTOS Y VISUALIZACIÓN EN LA PLATAFORMA</w:t>
      </w:r>
    </w:p>
    <w:p w:rsidR="00AE52DB" w:rsidRDefault="002C166E">
      <w:pPr>
        <w:spacing w:after="80" w:line="259" w:lineRule="auto"/>
      </w:pPr>
      <w:r>
        <w:t xml:space="preserve">Usted acepta que YIRO pueda </w:t>
      </w:r>
      <w:r>
        <w:t>mostrar a los pasajeros cierta información sobre usted y su vehículo, incluyendo su nombre de pila, fotografía, marca y modelo del vehículo, color del vehículo y número de placa, según sea necesario para la seguridad del pasajero y la funcionalidad de la P</w:t>
      </w:r>
      <w:r>
        <w:t>lataforma.</w:t>
      </w:r>
    </w:p>
    <w:p w:rsidR="00AE52DB" w:rsidRDefault="002C166E">
      <w:pPr>
        <w:spacing w:after="80" w:line="259" w:lineRule="auto"/>
      </w:pPr>
      <w:r>
        <w:t>Debe mantener documentación exacta y vigente archivada ante YIRO en todo momento.</w:t>
      </w:r>
    </w:p>
    <w:p w:rsidR="00AE52DB" w:rsidRDefault="002C166E">
      <w:pPr>
        <w:spacing w:after="80" w:line="259" w:lineRule="auto"/>
      </w:pPr>
      <w:r>
        <w:t>La falta de mantenimiento de documentos válidos podrá resultar en suspensión o desactivación.</w:t>
      </w:r>
    </w:p>
    <w:p w:rsidR="00AE52DB" w:rsidRDefault="002C166E">
      <w:pPr>
        <w:spacing w:before="160" w:after="100" w:line="259" w:lineRule="auto"/>
      </w:pPr>
      <w:r>
        <w:rPr>
          <w:b/>
        </w:rPr>
        <w:lastRenderedPageBreak/>
        <w:t>16. TARIFAS, COMISIONES Y PAGOS</w:t>
      </w:r>
    </w:p>
    <w:p w:rsidR="00AE52DB" w:rsidRDefault="002C166E">
      <w:pPr>
        <w:spacing w:after="80" w:line="259" w:lineRule="auto"/>
      </w:pPr>
      <w:r>
        <w:t>YIRO podrá cobrar tarifas de viaje, c</w:t>
      </w:r>
      <w:r>
        <w:t>argos por servicio, cargos de reserva, cargos por cancelación, cargos por tiempo de espera, reembolsos de peajes, cargos por limpieza o daños y otros cargos permitidos a través de la Plataforma.</w:t>
      </w:r>
    </w:p>
    <w:p w:rsidR="00AE52DB" w:rsidRDefault="002C166E">
      <w:pPr>
        <w:spacing w:after="80" w:line="259" w:lineRule="auto"/>
      </w:pPr>
      <w:r>
        <w:t xml:space="preserve">Su compensación, si corresponde, se calculará de acuerdo con </w:t>
      </w:r>
      <w:r>
        <w:t>la estructura de precios, comisión, pago, incentivos y cargos comunicada por YIRO a través de la Plataforma, sus materiales de incorporación, comunicaciones para conductores u otra política escrita.</w:t>
      </w:r>
    </w:p>
    <w:p w:rsidR="00AE52DB" w:rsidRDefault="002C166E">
      <w:pPr>
        <w:spacing w:after="80" w:line="259" w:lineRule="auto"/>
      </w:pPr>
      <w:r>
        <w:t>Usted reconoce y acepta que:</w:t>
      </w:r>
    </w:p>
    <w:p w:rsidR="00AE52DB" w:rsidRDefault="002C166E">
      <w:pPr>
        <w:pStyle w:val="ListBullet"/>
        <w:spacing w:after="60" w:line="252" w:lineRule="auto"/>
      </w:pPr>
      <w:r>
        <w:t>YIRO podrá retener una tarif</w:t>
      </w:r>
      <w:r>
        <w:t>a de plataforma, cargo por servicio, cargo de reserva, comisión, cargo de procesamiento u otro cargo lícito de los montos cobrados a través de la Plataforma;</w:t>
      </w:r>
    </w:p>
    <w:p w:rsidR="00AE52DB" w:rsidRDefault="002C166E">
      <w:pPr>
        <w:pStyle w:val="ListBullet"/>
        <w:spacing w:after="60" w:line="252" w:lineRule="auto"/>
      </w:pPr>
      <w:r>
        <w:t xml:space="preserve">YIRO podrá ajustar pagos para reflejar peajes, promociones, reembolsos a pasajeros, contracargos, </w:t>
      </w:r>
      <w:r>
        <w:t>fraude, pagos duplicados, pagos en exceso, incentivos, penalidades autorizadas por la política u otras correcciones;</w:t>
      </w:r>
    </w:p>
    <w:p w:rsidR="00AE52DB" w:rsidRDefault="002C166E">
      <w:pPr>
        <w:pStyle w:val="ListBullet"/>
        <w:spacing w:after="60" w:line="252" w:lineRule="auto"/>
      </w:pPr>
      <w:r>
        <w:t>YIRO podrá demorar pagos cuando sea razonablemente necesario para investigar fraude, incidentes de seguridad, disputas de pago, irregularid</w:t>
      </w:r>
      <w:r>
        <w:t>ades de cuenta o asuntos de cumplimiento legal; y</w:t>
      </w:r>
    </w:p>
    <w:p w:rsidR="00AE52DB" w:rsidRDefault="002C166E">
      <w:pPr>
        <w:pStyle w:val="ListBullet"/>
        <w:spacing w:after="60" w:line="252" w:lineRule="auto"/>
      </w:pPr>
      <w:r>
        <w:t>la fecha y forma de pago pueden depender de los sistemas bancarios, procesadores de pago externos, días festivos, fines de semana, retenciones de reserva u otras revisiones internas.</w:t>
      </w:r>
    </w:p>
    <w:p w:rsidR="00AE52DB" w:rsidRDefault="002C166E">
      <w:pPr>
        <w:spacing w:after="80" w:line="259" w:lineRule="auto"/>
      </w:pPr>
      <w:r>
        <w:t>Usted es el único respo</w:t>
      </w:r>
      <w:r>
        <w:t>nsable de revisar su historial de viajes y registros de pago e informar de inmediato cualquier disputa de buena fe relacionada con pagos.</w:t>
      </w:r>
    </w:p>
    <w:p w:rsidR="00AE52DB" w:rsidRDefault="002C166E">
      <w:pPr>
        <w:spacing w:before="160" w:after="100" w:line="259" w:lineRule="auto"/>
      </w:pPr>
      <w:r>
        <w:rPr>
          <w:b/>
        </w:rPr>
        <w:t>17. IMPUESTOS Y GASTOS</w:t>
      </w:r>
    </w:p>
    <w:p w:rsidR="00AE52DB" w:rsidRDefault="002C166E">
      <w:pPr>
        <w:spacing w:after="80" w:line="259" w:lineRule="auto"/>
      </w:pPr>
      <w:r>
        <w:t>Como contratista independiente, usted es el único responsable de:</w:t>
      </w:r>
    </w:p>
    <w:p w:rsidR="00AE52DB" w:rsidRDefault="002C166E">
      <w:pPr>
        <w:pStyle w:val="ListBullet"/>
        <w:spacing w:after="60" w:line="252" w:lineRule="auto"/>
      </w:pPr>
      <w:r>
        <w:t>todos los impuestos derivados</w:t>
      </w:r>
      <w:r>
        <w:t xml:space="preserve"> de sus ganancias o actividades comerciales;</w:t>
      </w:r>
    </w:p>
    <w:p w:rsidR="00AE52DB" w:rsidRDefault="002C166E">
      <w:pPr>
        <w:pStyle w:val="ListBullet"/>
        <w:spacing w:after="60" w:line="252" w:lineRule="auto"/>
      </w:pPr>
      <w:r>
        <w:t>combustible, mantenimiento, reparaciones, depreciación, limpieza y costos de propiedad del vehículo;</w:t>
      </w:r>
    </w:p>
    <w:p w:rsidR="00AE52DB" w:rsidRDefault="002C166E">
      <w:pPr>
        <w:pStyle w:val="ListBullet"/>
        <w:spacing w:after="60" w:line="252" w:lineRule="auto"/>
      </w:pPr>
      <w:r>
        <w:t>primas de seguro;</w:t>
      </w:r>
    </w:p>
    <w:p w:rsidR="00AE52DB" w:rsidRDefault="002C166E">
      <w:pPr>
        <w:pStyle w:val="ListBullet"/>
        <w:spacing w:after="60" w:line="252" w:lineRule="auto"/>
      </w:pPr>
      <w:r>
        <w:t>licencias, registro, peajes, estacionamiento e infracciones que no sean reembolsables confor</w:t>
      </w:r>
      <w:r>
        <w:t>me a la política de YIRO;</w:t>
      </w:r>
    </w:p>
    <w:p w:rsidR="00AE52DB" w:rsidRDefault="002C166E">
      <w:pPr>
        <w:pStyle w:val="ListBullet"/>
        <w:spacing w:after="60" w:line="252" w:lineRule="auto"/>
      </w:pPr>
      <w:r>
        <w:t>costos del dispositivo móvil, planes de datos y cargos de comunicación; y</w:t>
      </w:r>
    </w:p>
    <w:p w:rsidR="00AE52DB" w:rsidRDefault="002C166E">
      <w:pPr>
        <w:pStyle w:val="ListBullet"/>
        <w:spacing w:after="60" w:line="252" w:lineRule="auto"/>
      </w:pPr>
      <w:r>
        <w:t>cualquier otro gasto comercial en que incurra.</w:t>
      </w:r>
    </w:p>
    <w:p w:rsidR="00AE52DB" w:rsidRDefault="002C166E">
      <w:pPr>
        <w:spacing w:after="80" w:line="259" w:lineRule="auto"/>
      </w:pPr>
      <w:r>
        <w:t>YIRO podrá emitir formularios de reporte fiscal según lo exija la ley, pero usted seguirá siendo el único res</w:t>
      </w:r>
      <w:r>
        <w:t>ponsable de su propio cumplimiento tributario.</w:t>
      </w:r>
    </w:p>
    <w:p w:rsidR="00AE52DB" w:rsidRDefault="002C166E">
      <w:pPr>
        <w:spacing w:before="160" w:after="100" w:line="259" w:lineRule="auto"/>
      </w:pPr>
      <w:r>
        <w:rPr>
          <w:b/>
        </w:rPr>
        <w:t>18. CALIFICACIONES, CALIDAD Y DESEMPEÑO</w:t>
      </w:r>
    </w:p>
    <w:p w:rsidR="00AE52DB" w:rsidRDefault="002C166E">
      <w:pPr>
        <w:spacing w:after="80" w:line="259" w:lineRule="auto"/>
      </w:pPr>
      <w:r>
        <w:t xml:space="preserve">YIRO podrá utilizar calificaciones de pasajeros, quejas, cancelaciones, tasas de finalización, indicadores de fraude, incidentes de seguridad, cumplimiento </w:t>
      </w:r>
      <w:r>
        <w:t>documental y otras métricas de calidad o desempeño para evaluar su acceso a la Plataforma.</w:t>
      </w:r>
    </w:p>
    <w:p w:rsidR="00AE52DB" w:rsidRDefault="002C166E">
      <w:pPr>
        <w:spacing w:after="80" w:line="259" w:lineRule="auto"/>
      </w:pPr>
      <w:r>
        <w:t>YIRO podrá establecer estándares mínimos de calidad, seguridad, documentación o desempeño y actualizarlos periódicamente.</w:t>
      </w:r>
    </w:p>
    <w:p w:rsidR="00AE52DB" w:rsidRDefault="002C166E">
      <w:pPr>
        <w:spacing w:after="80" w:line="259" w:lineRule="auto"/>
      </w:pPr>
      <w:r>
        <w:t>El incumplimiento repetido de los estándare</w:t>
      </w:r>
      <w:r>
        <w:t>s de la Plataforma podrá resultar en capacitación, advertencias, suspensión temporal o desactivación.</w:t>
      </w:r>
    </w:p>
    <w:p w:rsidR="00AE52DB" w:rsidRDefault="002C166E">
      <w:pPr>
        <w:spacing w:before="160" w:after="100" w:line="259" w:lineRule="auto"/>
      </w:pPr>
      <w:r>
        <w:rPr>
          <w:b/>
        </w:rPr>
        <w:t>19. DESACTIVACIÓN Y SUSPENSIÓN</w:t>
      </w:r>
    </w:p>
    <w:p w:rsidR="00AE52DB" w:rsidRDefault="002C166E">
      <w:pPr>
        <w:spacing w:after="80" w:line="259" w:lineRule="auto"/>
      </w:pPr>
      <w:r>
        <w:t>YIRO podrá suspender, restringir o desactivar su acceso a la Plataforma de inmediato, con o sin previo aviso, si YIRO deter</w:t>
      </w:r>
      <w:r>
        <w:t>mina, a su sola discreción razonable, que:</w:t>
      </w:r>
    </w:p>
    <w:p w:rsidR="00AE52DB" w:rsidRDefault="002C166E">
      <w:pPr>
        <w:pStyle w:val="ListBullet"/>
        <w:spacing w:after="60" w:line="252" w:lineRule="auto"/>
      </w:pPr>
      <w:r>
        <w:t>usted violó este Acuerdo o cualquier política de YIRO;</w:t>
      </w:r>
    </w:p>
    <w:p w:rsidR="00AE52DB" w:rsidRDefault="002C166E">
      <w:pPr>
        <w:pStyle w:val="ListBullet"/>
        <w:spacing w:after="60" w:line="252" w:lineRule="auto"/>
      </w:pPr>
      <w:r>
        <w:t>ya no cumple con los requisitos de elegibilidad del conductor o del vehículo;</w:t>
      </w:r>
    </w:p>
    <w:p w:rsidR="00AE52DB" w:rsidRDefault="002C166E">
      <w:pPr>
        <w:pStyle w:val="ListBullet"/>
        <w:spacing w:after="60" w:line="252" w:lineRule="auto"/>
      </w:pPr>
      <w:r>
        <w:t>no aprobó una verificación de antecedentes o revisión documental;</w:t>
      </w:r>
    </w:p>
    <w:p w:rsidR="00AE52DB" w:rsidRDefault="002C166E">
      <w:pPr>
        <w:pStyle w:val="ListBullet"/>
        <w:spacing w:after="60" w:line="252" w:lineRule="auto"/>
      </w:pPr>
      <w:r>
        <w:t xml:space="preserve">su </w:t>
      </w:r>
      <w:r>
        <w:t>seguro es inválido, insuficiente o está vencido;</w:t>
      </w:r>
    </w:p>
    <w:p w:rsidR="00AE52DB" w:rsidRDefault="002C166E">
      <w:pPr>
        <w:pStyle w:val="ListBullet"/>
        <w:spacing w:after="60" w:line="252" w:lineRule="auto"/>
      </w:pPr>
      <w:r>
        <w:lastRenderedPageBreak/>
        <w:t>su licencia de conducir, registro o privilegios de conducción están suspendidos, revocados, vencidos o restringidos;</w:t>
      </w:r>
    </w:p>
    <w:p w:rsidR="00AE52DB" w:rsidRDefault="002C166E">
      <w:pPr>
        <w:pStyle w:val="ListBullet"/>
        <w:spacing w:after="60" w:line="252" w:lineRule="auto"/>
      </w:pPr>
      <w:r>
        <w:t>incurrió en conducta insegura, ilegal, fraudulenta, abusiva, discriminatoria o inapropiada</w:t>
      </w:r>
      <w:r>
        <w:t>;</w:t>
      </w:r>
    </w:p>
    <w:p w:rsidR="00AE52DB" w:rsidRDefault="002C166E">
      <w:pPr>
        <w:pStyle w:val="ListBullet"/>
        <w:spacing w:after="60" w:line="252" w:lineRule="auto"/>
      </w:pPr>
      <w:r>
        <w:t>recibió quejas graves o repetidas de pasajeros;</w:t>
      </w:r>
    </w:p>
    <w:p w:rsidR="00AE52DB" w:rsidRDefault="002C166E">
      <w:pPr>
        <w:pStyle w:val="ListBullet"/>
        <w:spacing w:after="60" w:line="252" w:lineRule="auto"/>
      </w:pPr>
      <w:r>
        <w:t>violó la política de tolerancia cero sobre drogas y alcohol;</w:t>
      </w:r>
    </w:p>
    <w:p w:rsidR="00AE52DB" w:rsidRDefault="002C166E">
      <w:pPr>
        <w:pStyle w:val="ListBullet"/>
        <w:spacing w:after="60" w:line="252" w:lineRule="auto"/>
      </w:pPr>
      <w:r>
        <w:t>se negó a prestar el transporte legalmente exigido a un pasajero con animal de servicio;</w:t>
      </w:r>
    </w:p>
    <w:p w:rsidR="00AE52DB" w:rsidRDefault="002C166E">
      <w:pPr>
        <w:pStyle w:val="ListBullet"/>
        <w:spacing w:after="60" w:line="252" w:lineRule="auto"/>
      </w:pPr>
      <w:r>
        <w:t>creó exposición legal, regulatoria, de seguro, reputacio</w:t>
      </w:r>
      <w:r>
        <w:t>nal o de seguridad para YIRO; o</w:t>
      </w:r>
    </w:p>
    <w:p w:rsidR="00AE52DB" w:rsidRDefault="002C166E">
      <w:pPr>
        <w:pStyle w:val="ListBullet"/>
        <w:spacing w:after="60" w:line="252" w:lineRule="auto"/>
      </w:pPr>
      <w:r>
        <w:t>la suspensión o desactivación es necesaria para proteger a pasajeros, conductores, al público o la integridad de la Plataforma.</w:t>
      </w:r>
    </w:p>
    <w:p w:rsidR="00AE52DB" w:rsidRDefault="002C166E">
      <w:pPr>
        <w:spacing w:after="80" w:line="259" w:lineRule="auto"/>
      </w:pPr>
      <w:r>
        <w:t>YIRO podrá, pero no estará obligado a, permitirle presentar información para revisión en ciertos</w:t>
      </w:r>
      <w:r>
        <w:t xml:space="preserve"> casos.</w:t>
      </w:r>
    </w:p>
    <w:p w:rsidR="00AE52DB" w:rsidRDefault="002C166E">
      <w:pPr>
        <w:spacing w:before="160" w:after="100" w:line="259" w:lineRule="auto"/>
      </w:pPr>
      <w:r>
        <w:rPr>
          <w:b/>
        </w:rPr>
        <w:t>20. NO EXCLUSIVIDAD</w:t>
      </w:r>
    </w:p>
    <w:p w:rsidR="00AE52DB" w:rsidRDefault="002C166E">
      <w:pPr>
        <w:spacing w:after="80" w:line="259" w:lineRule="auto"/>
      </w:pPr>
      <w:r>
        <w:t>Nada de este Acuerdo restringe su derecho a utilizar otras plataformas, trabajar para competidores, participar en otros negocios o ejercer otras ocupaciones, siempre que sus actividades no violen la ley, no hagan un uso indebido</w:t>
      </w:r>
      <w:r>
        <w:t xml:space="preserve"> de la información confidencial de YIRO ni incumplan este Acuerdo.</w:t>
      </w:r>
    </w:p>
    <w:p w:rsidR="00AE52DB" w:rsidRDefault="002C166E">
      <w:pPr>
        <w:spacing w:before="160" w:after="100" w:line="259" w:lineRule="auto"/>
      </w:pPr>
      <w:r>
        <w:rPr>
          <w:b/>
        </w:rPr>
        <w:t>21. CONFIDENCIALIDAD</w:t>
      </w:r>
    </w:p>
    <w:p w:rsidR="00AE52DB" w:rsidRDefault="002C166E">
      <w:pPr>
        <w:spacing w:after="80" w:line="259" w:lineRule="auto"/>
      </w:pPr>
      <w:r>
        <w:t>Usted acepta que cualquier información no pública proporcionada por YIRO relativa a sus operaciones comerciales, estructuras de precios, diseño de la plataforma, funcio</w:t>
      </w:r>
      <w:r>
        <w:t>nes del software, políticas internas, información de pasajeros, socios comerciales o planes futuros constituye información confidencial.</w:t>
      </w:r>
    </w:p>
    <w:p w:rsidR="00AE52DB" w:rsidRDefault="002C166E">
      <w:pPr>
        <w:spacing w:after="80" w:line="259" w:lineRule="auto"/>
      </w:pPr>
      <w:r>
        <w:t>No podrá divulgar, copiar, usar ni explotar la información confidencial de YIRO salvo en la medida necesaria para utili</w:t>
      </w:r>
      <w:r>
        <w:t>zar la Plataforma conforme a este Acuerdo o cuando la ley lo exija.</w:t>
      </w:r>
    </w:p>
    <w:p w:rsidR="00AE52DB" w:rsidRDefault="002C166E">
      <w:pPr>
        <w:spacing w:after="80" w:line="259" w:lineRule="auto"/>
      </w:pPr>
      <w:r>
        <w:t>Esta Sección no se aplica a la información que sea pública sin culpa de su parte.</w:t>
      </w:r>
    </w:p>
    <w:p w:rsidR="00AE52DB" w:rsidRDefault="002C166E">
      <w:pPr>
        <w:spacing w:before="160" w:after="100" w:line="259" w:lineRule="auto"/>
      </w:pPr>
      <w:r>
        <w:rPr>
          <w:b/>
        </w:rPr>
        <w:t>22. PRIVACIDAD Y USO DE DATOS</w:t>
      </w:r>
    </w:p>
    <w:p w:rsidR="00AE52DB" w:rsidRDefault="002C166E">
      <w:pPr>
        <w:spacing w:after="80" w:line="259" w:lineRule="auto"/>
      </w:pPr>
      <w:r>
        <w:t>Usted reconoce que YIRO podrá recopilar, usar, procesar, almacenar y divulga</w:t>
      </w:r>
      <w:r>
        <w:t>r información relacionada con usted, su vehículo, sus viajes, su ubicación, su desempeño, sus comunicaciones y sus documentos de conformidad con la Política de Privacidad de YIRO y la ley aplicable.</w:t>
      </w:r>
    </w:p>
    <w:p w:rsidR="00AE52DB" w:rsidRDefault="002C166E">
      <w:pPr>
        <w:spacing w:after="80" w:line="259" w:lineRule="auto"/>
      </w:pPr>
      <w:r>
        <w:t xml:space="preserve">Usted consiente el uso de dicha información por parte de </w:t>
      </w:r>
      <w:r>
        <w:t>YIRO para operaciones de la Plataforma, seguridad, cumplimiento, pagos, servicio al cliente, prevención de fraude, mantenimiento de registros, análisis, cumplimiento legal y fines comerciales relacionados.</w:t>
      </w:r>
    </w:p>
    <w:p w:rsidR="00AE52DB" w:rsidRDefault="002C166E">
      <w:pPr>
        <w:spacing w:before="160" w:after="100" w:line="259" w:lineRule="auto"/>
      </w:pPr>
      <w:r>
        <w:rPr>
          <w:b/>
        </w:rPr>
        <w:t>23. CONSENTIMIENTO PARA COMUNICACIONES</w:t>
      </w:r>
    </w:p>
    <w:p w:rsidR="00AE52DB" w:rsidRDefault="002C166E">
      <w:pPr>
        <w:spacing w:after="80" w:line="259" w:lineRule="auto"/>
      </w:pPr>
      <w:r>
        <w:t>Usted consi</w:t>
      </w:r>
      <w:r>
        <w:t>ente recibir comunicaciones de YIRO, sus afiliadas, proveedores, prestadores de servicios y agentes por correo electrónico, llamada telefónica, mensaje de texto, notificación push y mensaje dentro de la aplicación para fines operativos, de cumplimiento, se</w:t>
      </w:r>
      <w:r>
        <w:t>guridad, pagos, soporte y asuntos relacionados con la cuenta.</w:t>
      </w:r>
    </w:p>
    <w:p w:rsidR="00AE52DB" w:rsidRDefault="002C166E">
      <w:pPr>
        <w:spacing w:after="80" w:line="259" w:lineRule="auto"/>
      </w:pPr>
      <w:r>
        <w:t>Estas comunicaciones pueden incluir avisos de incorporación, alertas de cuenta, recordatorios de documentos, avisos de pago, oportunidades de viaje, avisos de seguridad, avisos legales y actuali</w:t>
      </w:r>
      <w:r>
        <w:t>zaciones de políticas.</w:t>
      </w:r>
    </w:p>
    <w:p w:rsidR="00AE52DB" w:rsidRDefault="002C166E">
      <w:pPr>
        <w:spacing w:after="80" w:line="259" w:lineRule="auto"/>
      </w:pPr>
      <w:r>
        <w:t>Usted es responsable de todos los cargos del operador y costos del dispositivo asociados con dichas comunicaciones.</w:t>
      </w:r>
    </w:p>
    <w:p w:rsidR="00AE52DB" w:rsidRDefault="002C166E">
      <w:pPr>
        <w:spacing w:before="160" w:after="100" w:line="259" w:lineRule="auto"/>
      </w:pPr>
      <w:r>
        <w:rPr>
          <w:b/>
        </w:rPr>
        <w:t>24. PROPIEDAD INTELECTUAL Y USO DE LA PLATAFORMA</w:t>
      </w:r>
    </w:p>
    <w:p w:rsidR="00AE52DB" w:rsidRDefault="002C166E">
      <w:pPr>
        <w:spacing w:after="80" w:line="259" w:lineRule="auto"/>
      </w:pPr>
      <w:r>
        <w:t>YIRO y sus licenciantes conservan todos los derechos, títulos e inte</w:t>
      </w:r>
      <w:r>
        <w:t>reses sobre la Plataforma, el software, las marcas comerciales, marcas de servicio, logotipos, contenido y tecnología relacionada.</w:t>
      </w:r>
    </w:p>
    <w:p w:rsidR="00AE52DB" w:rsidRDefault="002C166E">
      <w:pPr>
        <w:spacing w:after="80" w:line="259" w:lineRule="auto"/>
      </w:pPr>
      <w:r>
        <w:t xml:space="preserve">YIRO le otorga una licencia limitada, no exclusiva, intransferible y revocable para acceder y utilizar la </w:t>
      </w:r>
      <w:r>
        <w:t>Plataforma exclusivamente para uso lícito como conductor autorizado conforme a este Acuerdo.</w:t>
      </w:r>
    </w:p>
    <w:p w:rsidR="00AE52DB" w:rsidRDefault="002C166E">
      <w:pPr>
        <w:spacing w:after="80" w:line="259" w:lineRule="auto"/>
      </w:pPr>
      <w:r>
        <w:t>No podrá:</w:t>
      </w:r>
    </w:p>
    <w:p w:rsidR="00AE52DB" w:rsidRDefault="002C166E">
      <w:pPr>
        <w:pStyle w:val="ListBullet"/>
        <w:spacing w:after="60" w:line="252" w:lineRule="auto"/>
      </w:pPr>
      <w:r>
        <w:lastRenderedPageBreak/>
        <w:t>copiar, modificar, distribuir, vender, arrendar, sublicenciar ni realizar ingeniería inversa de la Plataforma;</w:t>
      </w:r>
    </w:p>
    <w:p w:rsidR="00AE52DB" w:rsidRDefault="002C166E">
      <w:pPr>
        <w:pStyle w:val="ListBullet"/>
        <w:spacing w:after="60" w:line="252" w:lineRule="auto"/>
      </w:pPr>
      <w:r>
        <w:t>usar bots, scripts, herramientas de scrapi</w:t>
      </w:r>
      <w:r>
        <w:t>ng, automatización o software no autorizado en relación con la Plataforma;</w:t>
      </w:r>
    </w:p>
    <w:p w:rsidR="00AE52DB" w:rsidRDefault="002C166E">
      <w:pPr>
        <w:pStyle w:val="ListBullet"/>
        <w:spacing w:after="60" w:line="252" w:lineRule="auto"/>
      </w:pPr>
      <w:r>
        <w:t>interferir con la funcionalidad o seguridad de la Plataforma;</w:t>
      </w:r>
    </w:p>
    <w:p w:rsidR="00AE52DB" w:rsidRDefault="002C166E">
      <w:pPr>
        <w:pStyle w:val="ListBullet"/>
        <w:spacing w:after="60" w:line="252" w:lineRule="auto"/>
      </w:pPr>
      <w:r>
        <w:t>hacer un uso indebido de las marcas, imagen comercial o identidad visual de YIRO; o</w:t>
      </w:r>
    </w:p>
    <w:p w:rsidR="00AE52DB" w:rsidRDefault="002C166E">
      <w:pPr>
        <w:pStyle w:val="ListBullet"/>
        <w:spacing w:after="60" w:line="252" w:lineRule="auto"/>
      </w:pPr>
      <w:r>
        <w:t>crear obras derivadas basadas en la</w:t>
      </w:r>
      <w:r>
        <w:t xml:space="preserve"> Plataforma sin consentimiento escrito.</w:t>
      </w:r>
    </w:p>
    <w:p w:rsidR="00AE52DB" w:rsidRDefault="002C166E">
      <w:pPr>
        <w:spacing w:before="160" w:after="100" w:line="259" w:lineRule="auto"/>
      </w:pPr>
      <w:r>
        <w:rPr>
          <w:b/>
        </w:rPr>
        <w:t>25. EXENCIÓN DE GARANTÍAS</w:t>
      </w:r>
    </w:p>
    <w:p w:rsidR="00AE52DB" w:rsidRDefault="002C166E">
      <w:pPr>
        <w:spacing w:after="80" w:line="259" w:lineRule="auto"/>
      </w:pPr>
      <w:r>
        <w:t>LA PLATAFORMA SE PROPORCIONA "TAL CUAL" Y "SEGÚN DISPONIBILIDAD".</w:t>
      </w:r>
    </w:p>
    <w:p w:rsidR="00AE52DB" w:rsidRDefault="002C166E">
      <w:pPr>
        <w:spacing w:after="80" w:line="259" w:lineRule="auto"/>
      </w:pPr>
      <w:r>
        <w:t>EN LA MÁXIMA MEDIDA PERMITIDA POR LA LEY, YIRO RENUNCIA A TODAS LAS GARANTÍAS, EXPRESAS, IMPLÍCITAS O LEGALES, INCLUIDAS LAS</w:t>
      </w:r>
      <w:r>
        <w:t xml:space="preserve"> GARANTÍAS IMPLÍCITAS DE COMERCIABILIDAD, IDONEIDAD PARA UN FIN DETERMINADO, TITULARIDAD, NO INFRACCIÓN, DISPONIBILIDAD, EXACTITUD Y CONFIABILIDAD.</w:t>
      </w:r>
    </w:p>
    <w:p w:rsidR="00AE52DB" w:rsidRDefault="002C166E">
      <w:pPr>
        <w:spacing w:after="80" w:line="259" w:lineRule="auto"/>
      </w:pPr>
      <w:r>
        <w:t>YIRO NO GARANTIZA QUE LA PLATAFORMA ESTARÁ DISPONIBLE EN TODO MOMENTO, LIBRE DE ERRORES, SEGURA O RENTABLE P</w:t>
      </w:r>
      <w:r>
        <w:t>ARA USTED.</w:t>
      </w:r>
    </w:p>
    <w:p w:rsidR="00AE52DB" w:rsidRDefault="002C166E">
      <w:pPr>
        <w:spacing w:before="160" w:after="100" w:line="259" w:lineRule="auto"/>
      </w:pPr>
      <w:r>
        <w:rPr>
          <w:b/>
        </w:rPr>
        <w:t>26. LIMITACIÓN DE RESPONSABILIDAD</w:t>
      </w:r>
    </w:p>
    <w:p w:rsidR="00AE52DB" w:rsidRDefault="002C166E">
      <w:pPr>
        <w:spacing w:after="80" w:line="259" w:lineRule="auto"/>
      </w:pPr>
      <w:r>
        <w:t xml:space="preserve">EN LA MÁXIMA MEDIDA PERMITIDA POR LA LEY, YIRO Y SUS AFILIADAS, MIEMBROS, GERENTES, FUNCIONARIOS, DIRECTORES, EMPLEADOS, AGENTES, PROVEEDORES Y PRESTADORES DE SERVICIOS NO SERÁN RESPONSABLES POR NINGÚN DAÑO </w:t>
      </w:r>
      <w:r>
        <w:t>INDIRECTO, INCIDENTAL, ESPECIAL, EJEMPLAR, PUNITIVO O CONSECUENTE, NI POR PÉRDIDA DE GANANCIAS, PÉRDIDA DE DATOS, PÉRDIDA DE NEGOCIO, DAÑOS AL VEHÍCULO, PÉRDIDA DE PROPIEDAD PERSONAL O ANGUSTIA EMOCIONAL, QUE SURJAN DE O ESTÉN RELACIONADOS CON ESTE ACUERDO</w:t>
      </w:r>
      <w:r>
        <w:t>, LA PLATAFORMA O SUS ACTIVIDADES COMO CONDUCTOR.</w:t>
      </w:r>
    </w:p>
    <w:p w:rsidR="00AE52DB" w:rsidRDefault="002C166E">
      <w:pPr>
        <w:spacing w:after="80" w:line="259" w:lineRule="auto"/>
      </w:pPr>
      <w:r>
        <w:t>EN LA MÁXIMA MEDIDA PERMITIDA POR LA LEY, LA RESPONSABILIDAD TOTAL DE YIRO POR CUALQUIER RECLAMACIÓN RELACIONADA CON ESTE ACUERDO O LA PLATAFORMA NO EXCEDERÁ EL MAYOR DE LOS SIGUIENTES MONTOS:</w:t>
      </w:r>
    </w:p>
    <w:p w:rsidR="00AE52DB" w:rsidRDefault="002C166E">
      <w:pPr>
        <w:pStyle w:val="ListBullet"/>
        <w:spacing w:after="60" w:line="252" w:lineRule="auto"/>
      </w:pPr>
      <w:r>
        <w:t>el monto tota</w:t>
      </w:r>
      <w:r>
        <w:t>l pagado por YIRO a usted a través de la Plataforma durante los tres (3) meses inmediatamente anteriores al hecho que dio lugar a la reclamación; o</w:t>
      </w:r>
    </w:p>
    <w:p w:rsidR="00AE52DB" w:rsidRDefault="002C166E">
      <w:pPr>
        <w:pStyle w:val="ListBullet"/>
        <w:spacing w:after="60" w:line="252" w:lineRule="auto"/>
      </w:pPr>
      <w:r>
        <w:t>cien dólares estadounidenses (US$100.00).</w:t>
      </w:r>
    </w:p>
    <w:p w:rsidR="00AE52DB" w:rsidRDefault="002C166E">
      <w:pPr>
        <w:spacing w:after="80" w:line="259" w:lineRule="auto"/>
      </w:pPr>
      <w:r>
        <w:t>Nada de este Acuerdo limitará la responsabilidad en la medida en q</w:t>
      </w:r>
      <w:r>
        <w:t>ue dicha limitación esté prohibida por la ley.</w:t>
      </w:r>
    </w:p>
    <w:p w:rsidR="00AE52DB" w:rsidRDefault="002C166E">
      <w:pPr>
        <w:spacing w:before="160" w:after="100" w:line="259" w:lineRule="auto"/>
      </w:pPr>
      <w:r>
        <w:rPr>
          <w:b/>
        </w:rPr>
        <w:t>27. INDEMNIZACIÓN</w:t>
      </w:r>
    </w:p>
    <w:p w:rsidR="00AE52DB" w:rsidRDefault="002C166E">
      <w:pPr>
        <w:spacing w:after="80" w:line="259" w:lineRule="auto"/>
      </w:pPr>
      <w:r>
        <w:t>Usted acepta defender, indemnizar y mantener indemne a YIRO y a sus afiliadas, miembros, gerentes, funcionarios, directores, empleados, agentes, sucesores, cesionarios, proveedores y prestado</w:t>
      </w:r>
      <w:r>
        <w:t>res de servicios frente a cualesquiera reclamaciones, demandas, daños, pérdidas, responsabilidades, sentencias, multas, sanciones, costos y gastos, incluidos honorarios razonables de abogados, que surjan de o estén relacionados con:</w:t>
      </w:r>
    </w:p>
    <w:p w:rsidR="00AE52DB" w:rsidRDefault="002C166E">
      <w:pPr>
        <w:pStyle w:val="ListBullet"/>
        <w:spacing w:after="60" w:line="252" w:lineRule="auto"/>
      </w:pPr>
      <w:r>
        <w:t>su incumplimiento de es</w:t>
      </w:r>
      <w:r>
        <w:t>te Acuerdo;</w:t>
      </w:r>
    </w:p>
    <w:p w:rsidR="00AE52DB" w:rsidRDefault="002C166E">
      <w:pPr>
        <w:pStyle w:val="ListBullet"/>
        <w:spacing w:after="60" w:line="252" w:lineRule="auto"/>
      </w:pPr>
      <w:r>
        <w:t>su uso de la Plataforma;</w:t>
      </w:r>
    </w:p>
    <w:p w:rsidR="00AE52DB" w:rsidRDefault="002C166E">
      <w:pPr>
        <w:pStyle w:val="ListBullet"/>
        <w:spacing w:after="60" w:line="252" w:lineRule="auto"/>
      </w:pPr>
      <w:r>
        <w:t>la prestación de servicios de transporte por su parte;</w:t>
      </w:r>
    </w:p>
    <w:p w:rsidR="00AE52DB" w:rsidRDefault="002C166E">
      <w:pPr>
        <w:pStyle w:val="ListBullet"/>
        <w:spacing w:after="60" w:line="252" w:lineRule="auto"/>
      </w:pPr>
      <w:r>
        <w:t>su violación de la ley;</w:t>
      </w:r>
    </w:p>
    <w:p w:rsidR="00AE52DB" w:rsidRDefault="002C166E">
      <w:pPr>
        <w:pStyle w:val="ListBullet"/>
        <w:spacing w:after="60" w:line="252" w:lineRule="auto"/>
      </w:pPr>
      <w:r>
        <w:t>su negligencia, conducta indebida o fraude;</w:t>
      </w:r>
    </w:p>
    <w:p w:rsidR="00AE52DB" w:rsidRDefault="002C166E">
      <w:pPr>
        <w:pStyle w:val="ListBullet"/>
        <w:spacing w:after="60" w:line="252" w:lineRule="auto"/>
      </w:pPr>
      <w:r>
        <w:t>lesiones corporales, muerte o daños materiales causados por usted o su vehículo;</w:t>
      </w:r>
    </w:p>
    <w:p w:rsidR="00AE52DB" w:rsidRDefault="002C166E">
      <w:pPr>
        <w:pStyle w:val="ListBullet"/>
        <w:spacing w:after="60" w:line="252" w:lineRule="auto"/>
      </w:pPr>
      <w:r>
        <w:t>su falta de man</w:t>
      </w:r>
      <w:r>
        <w:t>tenimiento del seguro requerido; o</w:t>
      </w:r>
    </w:p>
    <w:p w:rsidR="00AE52DB" w:rsidRDefault="002C166E">
      <w:pPr>
        <w:pStyle w:val="ListBullet"/>
        <w:spacing w:after="60" w:line="252" w:lineRule="auto"/>
      </w:pPr>
      <w:r>
        <w:t>su violación de los derechos de cualquier pasajero, tercero o autoridad gubernamental.</w:t>
      </w:r>
    </w:p>
    <w:p w:rsidR="002C166E" w:rsidRDefault="002C166E">
      <w:pPr>
        <w:spacing w:before="160" w:after="100" w:line="259" w:lineRule="auto"/>
        <w:rPr>
          <w:b/>
        </w:rPr>
      </w:pPr>
    </w:p>
    <w:p w:rsidR="00AE52DB" w:rsidRDefault="002C166E">
      <w:pPr>
        <w:spacing w:before="160" w:after="100" w:line="259" w:lineRule="auto"/>
      </w:pPr>
      <w:bookmarkStart w:id="0" w:name="_GoBack"/>
      <w:bookmarkEnd w:id="0"/>
      <w:r>
        <w:rPr>
          <w:b/>
        </w:rPr>
        <w:lastRenderedPageBreak/>
        <w:t>28. RESOLUCIÓN DE DISPUTAS</w:t>
      </w:r>
    </w:p>
    <w:p w:rsidR="00AE52DB" w:rsidRDefault="002C166E">
      <w:pPr>
        <w:spacing w:after="80" w:line="259" w:lineRule="auto"/>
      </w:pPr>
      <w:r>
        <w:t xml:space="preserve">Cualquier disputa, reclamación o controversia que surja de o esté relacionada con este Acuerdo, la </w:t>
      </w:r>
      <w:r>
        <w:t>Plataforma o su relación con YIRO deberá presentarse primero a YIRO por escrito con una oportunidad razonable para una resolución informal.</w:t>
      </w:r>
    </w:p>
    <w:p w:rsidR="00AE52DB" w:rsidRDefault="002C166E">
      <w:pPr>
        <w:spacing w:after="80" w:line="259" w:lineRule="auto"/>
      </w:pPr>
      <w:r>
        <w:t>Si la disputa no se resuelve informalmente, deberá resolverse mediante arbitraje vinculante en forma individual, sal</w:t>
      </w:r>
      <w:r>
        <w:t>vo donde la ley lo prohíba.</w:t>
      </w:r>
    </w:p>
    <w:p w:rsidR="00AE52DB" w:rsidRDefault="002C166E">
      <w:pPr>
        <w:spacing w:after="80" w:line="259" w:lineRule="auto"/>
      </w:pPr>
      <w:r>
        <w:t>Usted acepta que, en la máxima medida permitida por la ley:</w:t>
      </w:r>
    </w:p>
    <w:p w:rsidR="00AE52DB" w:rsidRDefault="002C166E">
      <w:pPr>
        <w:pStyle w:val="ListBullet"/>
        <w:spacing w:after="60" w:line="252" w:lineRule="auto"/>
      </w:pPr>
      <w:r>
        <w:t>las disputas se presentarán solo a título individual y no como demandante o miembro de una supuesta acción colectiva, conjunta o representativa;</w:t>
      </w:r>
    </w:p>
    <w:p w:rsidR="00AE52DB" w:rsidRDefault="002C166E">
      <w:pPr>
        <w:pStyle w:val="ListBullet"/>
        <w:spacing w:after="60" w:line="252" w:lineRule="auto"/>
      </w:pPr>
      <w:r>
        <w:t>se renuncia a las accio</w:t>
      </w:r>
      <w:r>
        <w:t>nes colectivas, conjuntas y representativas; y</w:t>
      </w:r>
    </w:p>
    <w:p w:rsidR="00AE52DB" w:rsidRDefault="002C166E">
      <w:pPr>
        <w:pStyle w:val="ListBullet"/>
        <w:spacing w:after="60" w:line="252" w:lineRule="auto"/>
      </w:pPr>
      <w:r>
        <w:t>cualquier arbitraje o procedimiento judicial se limitará a la disputa entre usted y YIRO de manera individual.</w:t>
      </w:r>
    </w:p>
    <w:p w:rsidR="00AE52DB" w:rsidRDefault="002C166E">
      <w:pPr>
        <w:spacing w:before="160" w:after="100" w:line="259" w:lineRule="auto"/>
      </w:pPr>
      <w:r>
        <w:rPr>
          <w:b/>
        </w:rPr>
        <w:t>29. LEY APLICABLE Y JURISDICCIÓN</w:t>
      </w:r>
    </w:p>
    <w:p w:rsidR="00AE52DB" w:rsidRDefault="002C166E">
      <w:pPr>
        <w:spacing w:after="80" w:line="259" w:lineRule="auto"/>
      </w:pPr>
      <w:r>
        <w:t>Este Acuerdo se regirá por las leyes del Estado de Florida, sin c</w:t>
      </w:r>
      <w:r>
        <w:t>onsideración a los principios de conflicto de leyes, salvo en la medida en que la ley federal prevalezca sobre la ley de Florida.</w:t>
      </w:r>
    </w:p>
    <w:p w:rsidR="00AE52DB" w:rsidRDefault="002C166E">
      <w:pPr>
        <w:spacing w:after="80" w:line="259" w:lineRule="auto"/>
      </w:pPr>
      <w:r>
        <w:t>Sujeto a las disposiciones de resolución de disputas anteriores, cualquier acción que no deba someterse a arbitraje se present</w:t>
      </w:r>
      <w:r>
        <w:t>ará exclusivamente ante los tribunales estatales o federales ubicados en el Condado de Miami-Dade, Florida, y usted consiente la jurisdicción personal de dichos tribunales.</w:t>
      </w:r>
    </w:p>
    <w:p w:rsidR="00AE52DB" w:rsidRDefault="002C166E">
      <w:pPr>
        <w:spacing w:before="160" w:after="100" w:line="259" w:lineRule="auto"/>
      </w:pPr>
      <w:r>
        <w:rPr>
          <w:b/>
        </w:rPr>
        <w:t>30. CAMBIOS A ESTE ACUERDO</w:t>
      </w:r>
    </w:p>
    <w:p w:rsidR="00AE52DB" w:rsidRDefault="002C166E">
      <w:pPr>
        <w:spacing w:after="80" w:line="259" w:lineRule="auto"/>
      </w:pPr>
      <w:r>
        <w:t>YIRO podrá modificar este Acuerdo periódicamente. Si rea</w:t>
      </w:r>
      <w:r>
        <w:t>lizamos cambios materiales, podremos enviar notificación a través de la Plataforma, por correo electrónico, por mensaje de texto o por cualquier otro medio razonable.</w:t>
      </w:r>
    </w:p>
    <w:p w:rsidR="00AE52DB" w:rsidRDefault="002C166E">
      <w:pPr>
        <w:spacing w:after="80" w:line="259" w:lineRule="auto"/>
      </w:pPr>
      <w:r>
        <w:t>Su uso continuado de la Plataforma después de la fecha de entrada en vigor de los término</w:t>
      </w:r>
      <w:r>
        <w:t>s revisados constituirá su aceptación del Acuerdo actualizado.</w:t>
      </w:r>
    </w:p>
    <w:p w:rsidR="00AE52DB" w:rsidRDefault="002C166E">
      <w:pPr>
        <w:spacing w:after="80" w:line="259" w:lineRule="auto"/>
      </w:pPr>
      <w:r>
        <w:t>Si no está de acuerdo con el Acuerdo actualizado, debe dejar de utilizar la Plataforma.</w:t>
      </w:r>
    </w:p>
    <w:p w:rsidR="00AE52DB" w:rsidRDefault="002C166E">
      <w:pPr>
        <w:spacing w:before="160" w:after="100" w:line="259" w:lineRule="auto"/>
      </w:pPr>
      <w:r>
        <w:rPr>
          <w:b/>
        </w:rPr>
        <w:t>31. DISPOSICIONES GENERALES</w:t>
      </w:r>
    </w:p>
    <w:p w:rsidR="00AE52DB" w:rsidRDefault="002C166E">
      <w:pPr>
        <w:spacing w:after="80" w:line="259" w:lineRule="auto"/>
      </w:pPr>
      <w:r>
        <w:t>Este Acuerdo constituye el acuerdo completo entre usted y YIRO con respecto a</w:t>
      </w:r>
      <w:r>
        <w:t xml:space="preserve"> su uso de la Plataforma como conductor, excepto por cualquier término adicional escrito expresamente incorporado por referencia.</w:t>
      </w:r>
    </w:p>
    <w:p w:rsidR="00AE52DB" w:rsidRDefault="002C166E">
      <w:pPr>
        <w:spacing w:after="80" w:line="259" w:lineRule="auto"/>
      </w:pPr>
      <w:r>
        <w:t>Si alguna disposición de este Acuerdo se considera ilegal, inválida o inexigible, dicha disposición se separará y las disposic</w:t>
      </w:r>
      <w:r>
        <w:t>iones restantes permanecerán en pleno vigor y efecto.</w:t>
      </w:r>
    </w:p>
    <w:p w:rsidR="00AE52DB" w:rsidRDefault="002C166E">
      <w:pPr>
        <w:spacing w:after="80" w:line="259" w:lineRule="auto"/>
      </w:pPr>
      <w:r>
        <w:t>El hecho de que YIRO no haga cumplir cualquier disposición de este Acuerdo no constituirá una renuncia a dicha disposición.</w:t>
      </w:r>
    </w:p>
    <w:p w:rsidR="00AE52DB" w:rsidRDefault="002C166E">
      <w:pPr>
        <w:spacing w:after="80" w:line="259" w:lineRule="auto"/>
      </w:pPr>
      <w:r>
        <w:t>Usted no podrá ceder ni transferir este Acuerdo sin el consentimiento previo p</w:t>
      </w:r>
      <w:r>
        <w:t>or escrito de YIRO. YIRO podrá ceder este Acuerdo sin restricción en relación con una fusión, adquisición, reestructuración, financiamiento o venta de activos.</w:t>
      </w:r>
    </w:p>
    <w:p w:rsidR="00AE52DB" w:rsidRDefault="002C166E">
      <w:pPr>
        <w:spacing w:before="160" w:after="100" w:line="259" w:lineRule="auto"/>
      </w:pPr>
      <w:r>
        <w:rPr>
          <w:b/>
        </w:rPr>
        <w:t>32. INFORMACIÓN DE CONTACTO</w:t>
      </w:r>
    </w:p>
    <w:p w:rsidR="00AE52DB" w:rsidRDefault="002C166E">
      <w:pPr>
        <w:spacing w:after="80" w:line="259" w:lineRule="auto"/>
      </w:pPr>
      <w:r>
        <w:t>MOBIIBY LLC d/b/a YIRO</w:t>
      </w:r>
    </w:p>
    <w:p w:rsidR="00AE52DB" w:rsidRDefault="002C166E">
      <w:pPr>
        <w:spacing w:after="80" w:line="259" w:lineRule="auto"/>
      </w:pPr>
      <w:r>
        <w:t>Correo electrónico: info@yiro.app</w:t>
      </w:r>
    </w:p>
    <w:p w:rsidR="00AE52DB" w:rsidRDefault="002C166E">
      <w:pPr>
        <w:spacing w:after="80" w:line="259" w:lineRule="auto"/>
      </w:pPr>
      <w:r>
        <w:t xml:space="preserve">Al acceder </w:t>
      </w:r>
      <w:r>
        <w:t>o utilizar la Plataforma de YIRO como conductor, usted reconoce que ha leído, entendido y aceptado este Acuerdo de Plataforma para Conductores.</w:t>
      </w:r>
    </w:p>
    <w:sectPr w:rsidR="00AE52DB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166E"/>
    <w:rsid w:val="00326F90"/>
    <w:rsid w:val="00AA1D8D"/>
    <w:rsid w:val="00AE52D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800B1E"/>
  <w14:defaultImageDpi w14:val="300"/>
  <w15:docId w15:val="{6E4F1E55-E36B-8B4A-83BF-973EC0C7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B549AE-D7FB-9D42-9DFF-A0DDB1C7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3746</Words>
  <Characters>21356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2026-03-31T16:07:00Z</dcterms:created>
  <dcterms:modified xsi:type="dcterms:W3CDTF">2026-03-31T16:07:00Z</dcterms:modified>
  <cp:category/>
</cp:coreProperties>
</file>